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F1063" w14:textId="77777777" w:rsidR="006B3268" w:rsidRDefault="006B3268" w:rsidP="00801933">
      <w:pPr>
        <w:spacing w:after="0"/>
        <w:jc w:val="center"/>
        <w:rPr>
          <w:rFonts w:cs="Arial"/>
          <w:b/>
          <w:sz w:val="28"/>
          <w:szCs w:val="28"/>
          <w:lang w:val="sl-SI"/>
        </w:rPr>
      </w:pPr>
    </w:p>
    <w:p w14:paraId="7D929024" w14:textId="77777777" w:rsidR="006B3268" w:rsidRDefault="006B3268" w:rsidP="00801933">
      <w:pPr>
        <w:spacing w:after="0"/>
        <w:jc w:val="center"/>
        <w:rPr>
          <w:rFonts w:cs="Arial"/>
          <w:b/>
          <w:sz w:val="28"/>
          <w:szCs w:val="28"/>
          <w:lang w:val="sl-SI"/>
        </w:rPr>
      </w:pPr>
    </w:p>
    <w:p w14:paraId="410E472B" w14:textId="722481C0" w:rsidR="008211AB" w:rsidRPr="00AA4829" w:rsidRDefault="00574896" w:rsidP="00801933">
      <w:pPr>
        <w:spacing w:after="0"/>
        <w:jc w:val="center"/>
        <w:rPr>
          <w:rFonts w:cs="Arial"/>
          <w:b/>
          <w:sz w:val="24"/>
          <w:szCs w:val="24"/>
          <w:lang w:val="sl-SI"/>
        </w:rPr>
      </w:pPr>
      <w:r w:rsidRPr="00574896">
        <w:rPr>
          <w:rFonts w:cs="Arial"/>
          <w:b/>
          <w:sz w:val="28"/>
          <w:szCs w:val="28"/>
          <w:lang w:val="sl-SI"/>
        </w:rPr>
        <w:t>PRAVILA O ŠOLSKI PREHRANI</w:t>
      </w:r>
      <w:r w:rsidR="00D02FED" w:rsidRPr="00AA4829">
        <w:rPr>
          <w:rFonts w:cs="Arial"/>
          <w:b/>
          <w:sz w:val="24"/>
          <w:szCs w:val="24"/>
          <w:lang w:val="sl-SI"/>
        </w:rPr>
        <w:br/>
        <w:t>Grm</w:t>
      </w:r>
      <w:r w:rsidR="00AE6992" w:rsidRPr="00AA4829">
        <w:rPr>
          <w:rFonts w:cs="Arial"/>
          <w:b/>
          <w:sz w:val="24"/>
          <w:szCs w:val="24"/>
          <w:lang w:val="sl-SI"/>
        </w:rPr>
        <w:t xml:space="preserve"> Novo mesto - center biotehnike in turizma</w:t>
      </w:r>
      <w:r w:rsidR="001D5ED4" w:rsidRPr="00AA4829">
        <w:rPr>
          <w:rFonts w:cs="Arial"/>
          <w:b/>
          <w:sz w:val="24"/>
          <w:szCs w:val="24"/>
          <w:lang w:val="sl-SI"/>
        </w:rPr>
        <w:t>,</w:t>
      </w:r>
    </w:p>
    <w:p w14:paraId="6977DC8C" w14:textId="2AF29318" w:rsidR="001D5ED4" w:rsidRPr="00AA4829" w:rsidRDefault="00867C3B" w:rsidP="00801933">
      <w:pPr>
        <w:spacing w:after="0"/>
        <w:jc w:val="center"/>
        <w:rPr>
          <w:rFonts w:cs="Arial"/>
          <w:b/>
          <w:sz w:val="24"/>
          <w:szCs w:val="24"/>
          <w:lang w:val="sl-SI"/>
        </w:rPr>
      </w:pPr>
      <w:r>
        <w:rPr>
          <w:rFonts w:cs="Arial"/>
          <w:b/>
          <w:sz w:val="24"/>
          <w:szCs w:val="24"/>
          <w:lang w:val="sl-SI"/>
        </w:rPr>
        <w:t>Srednja šola za gostinstvo in turizem z dijaškim in študentskim domom</w:t>
      </w:r>
    </w:p>
    <w:p w14:paraId="2A77DA2E" w14:textId="77777777" w:rsidR="001452E1" w:rsidRPr="00AA4829" w:rsidRDefault="001452E1" w:rsidP="001452E1">
      <w:pPr>
        <w:spacing w:after="0" w:line="240" w:lineRule="auto"/>
        <w:jc w:val="center"/>
        <w:rPr>
          <w:rFonts w:cs="Arial"/>
          <w:b/>
          <w:sz w:val="24"/>
          <w:szCs w:val="24"/>
          <w:lang w:val="sl-SI"/>
        </w:rPr>
      </w:pPr>
    </w:p>
    <w:p w14:paraId="7021216D" w14:textId="77777777" w:rsidR="00615EFB" w:rsidRPr="00AA4829" w:rsidRDefault="00615EFB" w:rsidP="001452E1">
      <w:pPr>
        <w:spacing w:after="0" w:line="240" w:lineRule="auto"/>
        <w:jc w:val="center"/>
        <w:rPr>
          <w:rFonts w:cs="Arial"/>
          <w:b/>
          <w:sz w:val="24"/>
          <w:szCs w:val="24"/>
          <w:lang w:val="sl-SI"/>
        </w:rPr>
      </w:pPr>
    </w:p>
    <w:p w14:paraId="4B2C1B06" w14:textId="03FB28ED" w:rsidR="00867C3B" w:rsidRPr="00867C3B" w:rsidRDefault="00AE6992" w:rsidP="006B3268">
      <w:pPr>
        <w:spacing w:after="0"/>
        <w:jc w:val="both"/>
        <w:rPr>
          <w:rFonts w:cs="Arial"/>
          <w:sz w:val="24"/>
          <w:szCs w:val="24"/>
          <w:lang w:val="sl-SI"/>
        </w:rPr>
      </w:pPr>
      <w:r w:rsidRPr="00AA4829">
        <w:rPr>
          <w:rFonts w:cs="Arial"/>
          <w:bCs/>
          <w:sz w:val="24"/>
          <w:szCs w:val="24"/>
          <w:lang w:val="sl-SI"/>
        </w:rPr>
        <w:t xml:space="preserve">Na podlagi 6. člena </w:t>
      </w:r>
      <w:r w:rsidR="00DA0B65" w:rsidRPr="00AA4829">
        <w:rPr>
          <w:rFonts w:cs="Arial"/>
          <w:bCs/>
          <w:sz w:val="24"/>
          <w:szCs w:val="24"/>
          <w:lang w:val="sl-SI"/>
        </w:rPr>
        <w:t xml:space="preserve">Zakona o šolski prehrani (ZŠolPre-1, Ur. l. RS, št. 3/13 </w:t>
      </w:r>
      <w:r w:rsidR="000A1F00" w:rsidRPr="003F28FE">
        <w:rPr>
          <w:rFonts w:cs="Arial"/>
          <w:bCs/>
          <w:sz w:val="24"/>
          <w:szCs w:val="24"/>
          <w:lang w:val="sl-SI"/>
        </w:rPr>
        <w:t>s spremembami</w:t>
      </w:r>
      <w:r w:rsidR="003F28FE">
        <w:rPr>
          <w:rFonts w:cs="Arial"/>
          <w:bCs/>
          <w:sz w:val="24"/>
          <w:szCs w:val="24"/>
          <w:lang w:val="sl-SI"/>
        </w:rPr>
        <w:t xml:space="preserve"> in dopolnitvami</w:t>
      </w:r>
      <w:r w:rsidR="00DA0B65" w:rsidRPr="00AA4829">
        <w:rPr>
          <w:rFonts w:cs="Arial"/>
          <w:bCs/>
          <w:sz w:val="24"/>
          <w:szCs w:val="24"/>
          <w:lang w:val="sl-SI"/>
        </w:rPr>
        <w:t xml:space="preserve">) ter Zakona o uveljavljanju pravic iz javnih sredstev (ZUPJS, Ur. l. RS, št. 62/10 </w:t>
      </w:r>
      <w:r w:rsidR="003F28FE" w:rsidRPr="003F28FE">
        <w:rPr>
          <w:rFonts w:cs="Arial"/>
          <w:bCs/>
          <w:sz w:val="24"/>
          <w:szCs w:val="24"/>
          <w:lang w:val="sl-SI"/>
        </w:rPr>
        <w:t>s spremembami</w:t>
      </w:r>
      <w:r w:rsidR="003F28FE">
        <w:rPr>
          <w:rFonts w:cs="Arial"/>
          <w:bCs/>
          <w:sz w:val="24"/>
          <w:szCs w:val="24"/>
          <w:lang w:val="sl-SI"/>
        </w:rPr>
        <w:t xml:space="preserve"> in dopolnitvami</w:t>
      </w:r>
      <w:r w:rsidR="00DA0B65" w:rsidRPr="00AA4829">
        <w:rPr>
          <w:rFonts w:cs="Arial"/>
          <w:bCs/>
          <w:sz w:val="24"/>
          <w:szCs w:val="24"/>
          <w:lang w:val="sl-SI"/>
        </w:rPr>
        <w:t xml:space="preserve">) </w:t>
      </w:r>
      <w:r w:rsidRPr="00AA4829">
        <w:rPr>
          <w:rFonts w:cs="Arial"/>
          <w:bCs/>
          <w:sz w:val="24"/>
          <w:szCs w:val="24"/>
          <w:lang w:val="sl-SI"/>
        </w:rPr>
        <w:t>je Svet zavoda Grm Novo mesto - center biotehnike in turizma sprejel</w:t>
      </w:r>
      <w:r w:rsidR="000E126D" w:rsidRPr="00AA4829">
        <w:rPr>
          <w:rFonts w:cs="Arial"/>
          <w:bCs/>
          <w:sz w:val="24"/>
          <w:szCs w:val="24"/>
          <w:lang w:val="sl-SI"/>
        </w:rPr>
        <w:t xml:space="preserve"> dne </w:t>
      </w:r>
      <w:r w:rsidR="00975ACD">
        <w:rPr>
          <w:rFonts w:cs="Arial"/>
          <w:bCs/>
          <w:sz w:val="24"/>
          <w:szCs w:val="24"/>
          <w:lang w:val="sl-SI"/>
        </w:rPr>
        <w:t>25. 9. 2026</w:t>
      </w:r>
      <w:r w:rsidRPr="00AA4829">
        <w:rPr>
          <w:rFonts w:cs="Arial"/>
          <w:bCs/>
          <w:sz w:val="24"/>
          <w:szCs w:val="24"/>
          <w:lang w:val="sl-SI"/>
        </w:rPr>
        <w:t xml:space="preserve"> </w:t>
      </w:r>
      <w:r w:rsidR="000E126D" w:rsidRPr="00AA4829">
        <w:rPr>
          <w:rFonts w:cs="Arial"/>
          <w:bCs/>
          <w:sz w:val="24"/>
          <w:szCs w:val="24"/>
          <w:lang w:val="sl-SI"/>
        </w:rPr>
        <w:t>Pravila</w:t>
      </w:r>
      <w:r w:rsidR="0038018C" w:rsidRPr="00AA4829">
        <w:rPr>
          <w:rFonts w:cs="Arial"/>
          <w:bCs/>
          <w:sz w:val="24"/>
          <w:szCs w:val="24"/>
          <w:lang w:val="sl-SI"/>
        </w:rPr>
        <w:t xml:space="preserve"> o </w:t>
      </w:r>
      <w:r w:rsidR="002432C3" w:rsidRPr="00AA4829">
        <w:rPr>
          <w:rFonts w:cs="Arial"/>
          <w:bCs/>
          <w:sz w:val="24"/>
          <w:szCs w:val="24"/>
          <w:lang w:val="sl-SI"/>
        </w:rPr>
        <w:t>š</w:t>
      </w:r>
      <w:r w:rsidR="0038018C" w:rsidRPr="00AA4829">
        <w:rPr>
          <w:rFonts w:cs="Arial"/>
          <w:bCs/>
          <w:sz w:val="24"/>
          <w:szCs w:val="24"/>
          <w:lang w:val="sl-SI"/>
        </w:rPr>
        <w:t>olski prehrani</w:t>
      </w:r>
      <w:r w:rsidR="00D02FED" w:rsidRPr="00AA4829">
        <w:rPr>
          <w:rFonts w:cs="Arial"/>
          <w:bCs/>
          <w:sz w:val="24"/>
          <w:szCs w:val="24"/>
          <w:lang w:val="sl-SI"/>
        </w:rPr>
        <w:t xml:space="preserve"> na </w:t>
      </w:r>
      <w:r w:rsidR="00867C3B" w:rsidRPr="00867C3B">
        <w:rPr>
          <w:rFonts w:cs="Arial"/>
          <w:sz w:val="24"/>
          <w:szCs w:val="24"/>
          <w:lang w:val="sl-SI"/>
        </w:rPr>
        <w:t>Sredn</w:t>
      </w:r>
      <w:r w:rsidR="00867C3B">
        <w:rPr>
          <w:rFonts w:cs="Arial"/>
          <w:sz w:val="24"/>
          <w:szCs w:val="24"/>
          <w:lang w:val="sl-SI"/>
        </w:rPr>
        <w:t xml:space="preserve">ji </w:t>
      </w:r>
      <w:r w:rsidR="00867C3B" w:rsidRPr="00867C3B">
        <w:rPr>
          <w:rFonts w:cs="Arial"/>
          <w:sz w:val="24"/>
          <w:szCs w:val="24"/>
          <w:lang w:val="sl-SI"/>
        </w:rPr>
        <w:t>šol</w:t>
      </w:r>
      <w:r w:rsidR="00867C3B">
        <w:rPr>
          <w:rFonts w:cs="Arial"/>
          <w:sz w:val="24"/>
          <w:szCs w:val="24"/>
          <w:lang w:val="sl-SI"/>
        </w:rPr>
        <w:t>i</w:t>
      </w:r>
      <w:r w:rsidR="00867C3B" w:rsidRPr="00867C3B">
        <w:rPr>
          <w:rFonts w:cs="Arial"/>
          <w:sz w:val="24"/>
          <w:szCs w:val="24"/>
          <w:lang w:val="sl-SI"/>
        </w:rPr>
        <w:t xml:space="preserve"> za gostinstvo in turizem z dijaškim in študentskim domom</w:t>
      </w:r>
    </w:p>
    <w:p w14:paraId="761594DC" w14:textId="77777777" w:rsidR="00867C3B" w:rsidRPr="00AA4829" w:rsidRDefault="00867C3B" w:rsidP="006B3268">
      <w:pPr>
        <w:spacing w:after="0" w:line="240" w:lineRule="auto"/>
        <w:jc w:val="both"/>
        <w:rPr>
          <w:rFonts w:cs="Arial"/>
          <w:b/>
          <w:sz w:val="24"/>
          <w:szCs w:val="24"/>
          <w:lang w:val="sl-SI"/>
        </w:rPr>
      </w:pPr>
    </w:p>
    <w:p w14:paraId="71C4A217" w14:textId="4020F38C" w:rsidR="006A2B42" w:rsidRPr="00AA4829" w:rsidRDefault="006A2B42" w:rsidP="00867C3B">
      <w:pPr>
        <w:spacing w:after="0"/>
        <w:jc w:val="both"/>
        <w:rPr>
          <w:rFonts w:cs="Arial"/>
          <w:sz w:val="24"/>
          <w:szCs w:val="24"/>
          <w:lang w:val="sl-SI"/>
        </w:rPr>
      </w:pPr>
    </w:p>
    <w:p w14:paraId="0CC1430B" w14:textId="2FE240A9" w:rsidR="008211AB" w:rsidRPr="00AA4829" w:rsidRDefault="00AE6992" w:rsidP="000E126D">
      <w:pPr>
        <w:pStyle w:val="Naslov1"/>
        <w:spacing w:before="0" w:line="240" w:lineRule="auto"/>
        <w:jc w:val="center"/>
        <w:rPr>
          <w:rFonts w:ascii="Arial" w:hAnsi="Arial" w:cs="Arial"/>
          <w:bCs w:val="0"/>
          <w:color w:val="auto"/>
          <w:szCs w:val="24"/>
          <w:lang w:val="sl-SI"/>
        </w:rPr>
      </w:pPr>
      <w:r w:rsidRPr="00AA4829">
        <w:rPr>
          <w:rFonts w:ascii="Arial" w:hAnsi="Arial" w:cs="Arial"/>
          <w:bCs w:val="0"/>
          <w:color w:val="auto"/>
          <w:szCs w:val="24"/>
          <w:lang w:val="sl-SI"/>
        </w:rPr>
        <w:t>SPLOŠNE DOLOČBE</w:t>
      </w:r>
    </w:p>
    <w:p w14:paraId="15D76DB0" w14:textId="77777777" w:rsidR="0079785D" w:rsidRPr="00AA4829" w:rsidRDefault="0079785D" w:rsidP="0079785D">
      <w:pPr>
        <w:spacing w:after="0"/>
        <w:rPr>
          <w:rFonts w:cs="Arial"/>
          <w:sz w:val="24"/>
          <w:szCs w:val="24"/>
          <w:lang w:val="sl-SI"/>
        </w:rPr>
      </w:pPr>
    </w:p>
    <w:p w14:paraId="6D35B437" w14:textId="77777777" w:rsidR="008211AB" w:rsidRPr="00AA4829" w:rsidRDefault="00AE6992" w:rsidP="001452E1">
      <w:pPr>
        <w:spacing w:after="0" w:line="240" w:lineRule="auto"/>
        <w:jc w:val="center"/>
        <w:rPr>
          <w:rFonts w:cs="Arial"/>
          <w:b/>
          <w:sz w:val="24"/>
          <w:szCs w:val="24"/>
          <w:lang w:val="sl-SI"/>
        </w:rPr>
      </w:pPr>
      <w:r w:rsidRPr="00AA4829">
        <w:rPr>
          <w:rFonts w:cs="Arial"/>
          <w:b/>
          <w:sz w:val="24"/>
          <w:szCs w:val="24"/>
          <w:lang w:val="sl-SI"/>
        </w:rPr>
        <w:t>1. člen</w:t>
      </w:r>
    </w:p>
    <w:p w14:paraId="404F9D2A" w14:textId="5EC29D65" w:rsidR="008211AB" w:rsidRPr="00AA4829" w:rsidRDefault="00AE6992" w:rsidP="00801933">
      <w:pPr>
        <w:spacing w:after="120" w:line="240" w:lineRule="auto"/>
        <w:jc w:val="center"/>
        <w:rPr>
          <w:rFonts w:cs="Arial"/>
          <w:b/>
          <w:sz w:val="24"/>
          <w:szCs w:val="24"/>
          <w:lang w:val="sl-SI"/>
        </w:rPr>
      </w:pPr>
      <w:r w:rsidRPr="00AA4829">
        <w:rPr>
          <w:rFonts w:cs="Arial"/>
          <w:b/>
          <w:sz w:val="24"/>
          <w:szCs w:val="24"/>
          <w:lang w:val="sl-SI"/>
        </w:rPr>
        <w:t>(vsebina)</w:t>
      </w:r>
    </w:p>
    <w:p w14:paraId="50B4B85B" w14:textId="113B05CD" w:rsidR="00801933" w:rsidRPr="00AA4829" w:rsidRDefault="00AE6992" w:rsidP="00D917C7">
      <w:pPr>
        <w:spacing w:after="0"/>
        <w:jc w:val="both"/>
        <w:rPr>
          <w:rFonts w:cs="Arial"/>
          <w:bCs/>
          <w:sz w:val="24"/>
          <w:szCs w:val="24"/>
          <w:lang w:val="sl-SI"/>
        </w:rPr>
      </w:pPr>
      <w:r w:rsidRPr="00AA4829">
        <w:rPr>
          <w:rFonts w:cs="Arial"/>
          <w:bCs/>
          <w:sz w:val="24"/>
          <w:szCs w:val="24"/>
          <w:lang w:val="sl-SI"/>
        </w:rPr>
        <w:t xml:space="preserve">S temi </w:t>
      </w:r>
      <w:r w:rsidR="000E126D" w:rsidRPr="00AA4829">
        <w:rPr>
          <w:rFonts w:cs="Arial"/>
          <w:bCs/>
          <w:sz w:val="24"/>
          <w:szCs w:val="24"/>
          <w:lang w:val="sl-SI"/>
        </w:rPr>
        <w:t>pravili</w:t>
      </w:r>
      <w:r w:rsidRPr="00AA4829">
        <w:rPr>
          <w:rFonts w:cs="Arial"/>
          <w:bCs/>
          <w:sz w:val="24"/>
          <w:szCs w:val="24"/>
          <w:lang w:val="sl-SI"/>
        </w:rPr>
        <w:t xml:space="preserve"> se na Grmu Novo mesto</w:t>
      </w:r>
      <w:r w:rsidR="00A56EA7" w:rsidRPr="00AA4829">
        <w:rPr>
          <w:rFonts w:cs="Arial"/>
          <w:bCs/>
          <w:sz w:val="24"/>
          <w:szCs w:val="24"/>
          <w:lang w:val="sl-SI"/>
        </w:rPr>
        <w:t xml:space="preserve"> – centru biotehnike in turizma</w:t>
      </w:r>
      <w:r w:rsidR="001D5ED4" w:rsidRPr="00AA4829">
        <w:rPr>
          <w:rFonts w:cs="Arial"/>
          <w:bCs/>
          <w:sz w:val="24"/>
          <w:szCs w:val="24"/>
          <w:lang w:val="sl-SI"/>
        </w:rPr>
        <w:t xml:space="preserve">, </w:t>
      </w:r>
      <w:r w:rsidR="00867C3B" w:rsidRPr="00AA4829">
        <w:rPr>
          <w:rFonts w:cs="Arial"/>
          <w:bCs/>
          <w:sz w:val="24"/>
          <w:szCs w:val="24"/>
          <w:lang w:val="sl-SI"/>
        </w:rPr>
        <w:t xml:space="preserve">na </w:t>
      </w:r>
      <w:r w:rsidR="00867C3B" w:rsidRPr="00867C3B">
        <w:rPr>
          <w:rFonts w:cs="Arial"/>
          <w:sz w:val="24"/>
          <w:szCs w:val="24"/>
          <w:lang w:val="sl-SI"/>
        </w:rPr>
        <w:t>Sredn</w:t>
      </w:r>
      <w:r w:rsidR="00867C3B">
        <w:rPr>
          <w:rFonts w:cs="Arial"/>
          <w:sz w:val="24"/>
          <w:szCs w:val="24"/>
          <w:lang w:val="sl-SI"/>
        </w:rPr>
        <w:t xml:space="preserve">ji </w:t>
      </w:r>
      <w:r w:rsidR="00867C3B" w:rsidRPr="00867C3B">
        <w:rPr>
          <w:rFonts w:cs="Arial"/>
          <w:sz w:val="24"/>
          <w:szCs w:val="24"/>
          <w:lang w:val="sl-SI"/>
        </w:rPr>
        <w:t>šol</w:t>
      </w:r>
      <w:r w:rsidR="00867C3B">
        <w:rPr>
          <w:rFonts w:cs="Arial"/>
          <w:sz w:val="24"/>
          <w:szCs w:val="24"/>
          <w:lang w:val="sl-SI"/>
        </w:rPr>
        <w:t>i</w:t>
      </w:r>
      <w:r w:rsidR="00867C3B" w:rsidRPr="00867C3B">
        <w:rPr>
          <w:rFonts w:cs="Arial"/>
          <w:sz w:val="24"/>
          <w:szCs w:val="24"/>
          <w:lang w:val="sl-SI"/>
        </w:rPr>
        <w:t xml:space="preserve"> za gostinstvo in turizem z dijaškim in študentskim domo</w:t>
      </w:r>
      <w:r w:rsidR="00867C3B">
        <w:rPr>
          <w:rFonts w:cs="Arial"/>
          <w:sz w:val="24"/>
          <w:szCs w:val="24"/>
          <w:lang w:val="sl-SI"/>
        </w:rPr>
        <w:t xml:space="preserve">m </w:t>
      </w:r>
      <w:r w:rsidRPr="00AA4829">
        <w:rPr>
          <w:rFonts w:cs="Arial"/>
          <w:bCs/>
          <w:sz w:val="24"/>
          <w:szCs w:val="24"/>
          <w:lang w:val="sl-SI"/>
        </w:rPr>
        <w:t>(v nadaljevanju: šola) določajo</w:t>
      </w:r>
      <w:r w:rsidR="00867C3B">
        <w:rPr>
          <w:rFonts w:cs="Arial"/>
          <w:bCs/>
          <w:sz w:val="24"/>
          <w:szCs w:val="24"/>
          <w:lang w:val="sl-SI"/>
        </w:rPr>
        <w:t xml:space="preserve"> </w:t>
      </w:r>
      <w:r w:rsidRPr="00AA4829">
        <w:rPr>
          <w:rFonts w:cs="Arial"/>
          <w:bCs/>
          <w:sz w:val="24"/>
          <w:szCs w:val="24"/>
          <w:lang w:val="sl-SI"/>
        </w:rPr>
        <w:t xml:space="preserve">postopki, ki </w:t>
      </w:r>
      <w:r w:rsidR="000E126D" w:rsidRPr="00AA4829">
        <w:rPr>
          <w:rFonts w:cs="Arial"/>
          <w:bCs/>
          <w:sz w:val="24"/>
          <w:szCs w:val="24"/>
          <w:lang w:val="sl-SI"/>
        </w:rPr>
        <w:t>urejajo</w:t>
      </w:r>
      <w:r w:rsidRPr="00AA4829">
        <w:rPr>
          <w:rFonts w:cs="Arial"/>
          <w:bCs/>
          <w:sz w:val="24"/>
          <w:szCs w:val="24"/>
          <w:lang w:val="sl-SI"/>
        </w:rPr>
        <w:t>:</w:t>
      </w:r>
    </w:p>
    <w:p w14:paraId="3BF65849" w14:textId="2798AE82" w:rsidR="00AA4829" w:rsidRDefault="00801933" w:rsidP="00AA4829">
      <w:pPr>
        <w:pStyle w:val="Oznaenseznam"/>
        <w:numPr>
          <w:ilvl w:val="0"/>
          <w:numId w:val="12"/>
        </w:numPr>
        <w:spacing w:after="60" w:line="240" w:lineRule="auto"/>
        <w:contextualSpacing w:val="0"/>
        <w:jc w:val="both"/>
        <w:rPr>
          <w:rFonts w:cs="Arial"/>
          <w:bCs/>
          <w:sz w:val="24"/>
          <w:szCs w:val="24"/>
          <w:lang w:val="sl-SI"/>
        </w:rPr>
      </w:pPr>
      <w:r w:rsidRPr="00AA4829">
        <w:rPr>
          <w:rFonts w:cs="Arial"/>
          <w:bCs/>
          <w:sz w:val="24"/>
          <w:szCs w:val="24"/>
          <w:lang w:val="sl-SI"/>
        </w:rPr>
        <w:t>organizacijo šolske prehrane</w:t>
      </w:r>
      <w:r w:rsidR="000E126D" w:rsidRPr="00AA4829">
        <w:rPr>
          <w:rFonts w:cs="Arial"/>
          <w:bCs/>
          <w:sz w:val="24"/>
          <w:szCs w:val="24"/>
          <w:lang w:val="sl-SI"/>
        </w:rPr>
        <w:t xml:space="preserve"> za dijake in dijakinje (v nadaljevanju dijaki)</w:t>
      </w:r>
      <w:r w:rsidR="00AE6992" w:rsidRPr="00AA4829">
        <w:rPr>
          <w:rFonts w:cs="Arial"/>
          <w:bCs/>
          <w:sz w:val="24"/>
          <w:szCs w:val="24"/>
          <w:lang w:val="sl-SI"/>
        </w:rPr>
        <w:t>,</w:t>
      </w:r>
    </w:p>
    <w:p w14:paraId="161DAD3C" w14:textId="3EA74CDD" w:rsidR="000E126D" w:rsidRPr="00AA4829" w:rsidRDefault="000E126D" w:rsidP="00AA4829">
      <w:pPr>
        <w:pStyle w:val="Oznaenseznam"/>
        <w:numPr>
          <w:ilvl w:val="0"/>
          <w:numId w:val="12"/>
        </w:numPr>
        <w:spacing w:after="60" w:line="240" w:lineRule="auto"/>
        <w:contextualSpacing w:val="0"/>
        <w:jc w:val="both"/>
        <w:rPr>
          <w:rFonts w:cs="Arial"/>
          <w:bCs/>
          <w:sz w:val="24"/>
          <w:szCs w:val="24"/>
          <w:lang w:val="sl-SI"/>
        </w:rPr>
      </w:pPr>
      <w:r w:rsidRPr="00AA4829">
        <w:rPr>
          <w:rFonts w:cs="Arial"/>
          <w:bCs/>
          <w:sz w:val="24"/>
          <w:szCs w:val="24"/>
          <w:lang w:val="sl-SI"/>
        </w:rPr>
        <w:t>obveščanje dijakov in staršev oz. skrbnikov (v nadaljevanju staršev),</w:t>
      </w:r>
    </w:p>
    <w:p w14:paraId="4244B03A" w14:textId="333C7CE6" w:rsidR="00801933" w:rsidRPr="00AA4829" w:rsidRDefault="000E126D" w:rsidP="00AA4829">
      <w:pPr>
        <w:pStyle w:val="Oznaenseznam"/>
        <w:numPr>
          <w:ilvl w:val="0"/>
          <w:numId w:val="12"/>
        </w:numPr>
        <w:spacing w:after="60" w:line="240" w:lineRule="auto"/>
        <w:contextualSpacing w:val="0"/>
        <w:jc w:val="both"/>
        <w:rPr>
          <w:rFonts w:cs="Arial"/>
          <w:bCs/>
          <w:sz w:val="24"/>
          <w:szCs w:val="24"/>
          <w:lang w:val="sl-SI"/>
        </w:rPr>
      </w:pPr>
      <w:r w:rsidRPr="00AA4829">
        <w:rPr>
          <w:rFonts w:cs="Arial"/>
          <w:bCs/>
          <w:sz w:val="24"/>
          <w:szCs w:val="24"/>
          <w:lang w:val="sl-SI"/>
        </w:rPr>
        <w:t>postopek prijave in odjave obrokov</w:t>
      </w:r>
      <w:r w:rsidR="00801933" w:rsidRPr="00AA4829">
        <w:rPr>
          <w:rFonts w:cs="Arial"/>
          <w:bCs/>
          <w:sz w:val="24"/>
          <w:szCs w:val="24"/>
          <w:lang w:val="sl-SI"/>
        </w:rPr>
        <w:t>,</w:t>
      </w:r>
    </w:p>
    <w:p w14:paraId="523420EF" w14:textId="32904964" w:rsidR="008211AB" w:rsidRPr="000F6EB4" w:rsidRDefault="00D02FED" w:rsidP="00AA4829">
      <w:pPr>
        <w:pStyle w:val="Oznaenseznam"/>
        <w:numPr>
          <w:ilvl w:val="0"/>
          <w:numId w:val="12"/>
        </w:numPr>
        <w:spacing w:after="60" w:line="240" w:lineRule="auto"/>
        <w:contextualSpacing w:val="0"/>
        <w:jc w:val="both"/>
        <w:rPr>
          <w:rFonts w:cs="Arial"/>
          <w:bCs/>
          <w:sz w:val="24"/>
          <w:szCs w:val="24"/>
          <w:lang w:val="sl-SI"/>
        </w:rPr>
      </w:pPr>
      <w:r w:rsidRPr="000F6EB4">
        <w:rPr>
          <w:rFonts w:cs="Arial"/>
          <w:bCs/>
          <w:sz w:val="24"/>
          <w:szCs w:val="24"/>
          <w:lang w:val="sl-SI"/>
        </w:rPr>
        <w:t xml:space="preserve">čas in </w:t>
      </w:r>
      <w:r w:rsidR="000E126D" w:rsidRPr="000F6EB4">
        <w:rPr>
          <w:rFonts w:cs="Arial"/>
          <w:bCs/>
          <w:sz w:val="24"/>
          <w:szCs w:val="24"/>
          <w:lang w:val="sl-SI"/>
        </w:rPr>
        <w:t>način</w:t>
      </w:r>
      <w:r w:rsidRPr="000F6EB4">
        <w:rPr>
          <w:rFonts w:cs="Arial"/>
          <w:bCs/>
          <w:sz w:val="24"/>
          <w:szCs w:val="24"/>
          <w:lang w:val="sl-SI"/>
        </w:rPr>
        <w:t>e</w:t>
      </w:r>
      <w:r w:rsidR="00AE6992" w:rsidRPr="000F6EB4">
        <w:rPr>
          <w:rFonts w:cs="Arial"/>
          <w:bCs/>
          <w:sz w:val="24"/>
          <w:szCs w:val="24"/>
          <w:lang w:val="sl-SI"/>
        </w:rPr>
        <w:t xml:space="preserve"> odjave posameznega obroka,</w:t>
      </w:r>
    </w:p>
    <w:p w14:paraId="34E04259" w14:textId="645C3FE4" w:rsidR="008211AB" w:rsidRPr="000F6EB4" w:rsidRDefault="000E126D" w:rsidP="00AA4829">
      <w:pPr>
        <w:pStyle w:val="Oznaenseznam"/>
        <w:numPr>
          <w:ilvl w:val="0"/>
          <w:numId w:val="12"/>
        </w:numPr>
        <w:spacing w:after="60" w:line="240" w:lineRule="auto"/>
        <w:contextualSpacing w:val="0"/>
        <w:jc w:val="both"/>
        <w:rPr>
          <w:rFonts w:cs="Arial"/>
          <w:bCs/>
          <w:strike/>
          <w:sz w:val="24"/>
          <w:szCs w:val="24"/>
          <w:lang w:val="sl-SI"/>
        </w:rPr>
      </w:pPr>
      <w:r w:rsidRPr="000F6EB4">
        <w:rPr>
          <w:rFonts w:cs="Arial"/>
          <w:bCs/>
          <w:sz w:val="24"/>
          <w:szCs w:val="24"/>
          <w:lang w:val="sl-SI"/>
        </w:rPr>
        <w:t xml:space="preserve">evidentiranje in </w:t>
      </w:r>
      <w:r w:rsidR="00D02FED" w:rsidRPr="000F6EB4">
        <w:rPr>
          <w:rFonts w:cs="Arial"/>
          <w:bCs/>
          <w:sz w:val="24"/>
          <w:szCs w:val="24"/>
          <w:lang w:val="sl-SI"/>
        </w:rPr>
        <w:t>nadzor nad</w:t>
      </w:r>
      <w:r w:rsidRPr="000F6EB4">
        <w:rPr>
          <w:rFonts w:cs="Arial"/>
          <w:bCs/>
          <w:sz w:val="24"/>
          <w:szCs w:val="24"/>
          <w:lang w:val="sl-SI"/>
        </w:rPr>
        <w:t xml:space="preserve"> </w:t>
      </w:r>
      <w:r w:rsidR="00D02FED" w:rsidRPr="000F6EB4">
        <w:rPr>
          <w:rFonts w:cs="Arial"/>
          <w:bCs/>
          <w:sz w:val="24"/>
          <w:szCs w:val="24"/>
          <w:lang w:val="sl-SI"/>
        </w:rPr>
        <w:t>koriščenjem</w:t>
      </w:r>
      <w:r w:rsidRPr="000F6EB4">
        <w:rPr>
          <w:rFonts w:cs="Arial"/>
          <w:bCs/>
          <w:sz w:val="24"/>
          <w:szCs w:val="24"/>
          <w:lang w:val="sl-SI"/>
        </w:rPr>
        <w:t xml:space="preserve"> obrokov in</w:t>
      </w:r>
    </w:p>
    <w:p w14:paraId="1A5E1BCA" w14:textId="420C015E" w:rsidR="008211AB" w:rsidRPr="00AA4829" w:rsidRDefault="00D02FED" w:rsidP="00AA4829">
      <w:pPr>
        <w:pStyle w:val="Oznaenseznam"/>
        <w:numPr>
          <w:ilvl w:val="0"/>
          <w:numId w:val="12"/>
        </w:numPr>
        <w:spacing w:after="60" w:line="240" w:lineRule="auto"/>
        <w:contextualSpacing w:val="0"/>
        <w:jc w:val="both"/>
        <w:rPr>
          <w:rFonts w:cs="Arial"/>
          <w:bCs/>
          <w:sz w:val="24"/>
          <w:szCs w:val="24"/>
          <w:lang w:val="sl-SI"/>
        </w:rPr>
      </w:pPr>
      <w:r w:rsidRPr="000F6EB4">
        <w:rPr>
          <w:rFonts w:cs="Arial"/>
          <w:bCs/>
          <w:sz w:val="24"/>
          <w:szCs w:val="24"/>
          <w:lang w:val="sl-SI"/>
        </w:rPr>
        <w:t>pravice do subvencionirane</w:t>
      </w:r>
      <w:r w:rsidR="00AE6992" w:rsidRPr="000F6EB4">
        <w:rPr>
          <w:rFonts w:cs="Arial"/>
          <w:bCs/>
          <w:sz w:val="24"/>
          <w:szCs w:val="24"/>
          <w:lang w:val="sl-SI"/>
        </w:rPr>
        <w:t xml:space="preserve"> prehrane po </w:t>
      </w:r>
      <w:r w:rsidR="00AE6992" w:rsidRPr="00AA4829">
        <w:rPr>
          <w:rFonts w:cs="Arial"/>
          <w:bCs/>
          <w:sz w:val="24"/>
          <w:szCs w:val="24"/>
          <w:lang w:val="sl-SI"/>
        </w:rPr>
        <w:t>veljavni zakonodaji.</w:t>
      </w:r>
    </w:p>
    <w:p w14:paraId="5CACAA3A" w14:textId="7E9B66AE" w:rsidR="0079785D" w:rsidRPr="00AA4829" w:rsidRDefault="0079785D" w:rsidP="00332871">
      <w:pPr>
        <w:spacing w:after="0"/>
        <w:rPr>
          <w:rFonts w:cs="Arial"/>
          <w:sz w:val="24"/>
          <w:szCs w:val="24"/>
          <w:lang w:val="sl-SI"/>
        </w:rPr>
      </w:pPr>
    </w:p>
    <w:p w14:paraId="2ABF1700" w14:textId="77777777" w:rsidR="006A2B42" w:rsidRPr="00AA4829" w:rsidRDefault="006A2B42" w:rsidP="00332871">
      <w:pPr>
        <w:spacing w:after="0"/>
        <w:rPr>
          <w:rFonts w:cs="Arial"/>
          <w:sz w:val="24"/>
          <w:szCs w:val="24"/>
          <w:lang w:val="sl-SI"/>
        </w:rPr>
      </w:pPr>
    </w:p>
    <w:p w14:paraId="1933E594" w14:textId="7270A588" w:rsidR="002D36CC" w:rsidRPr="00AA4829" w:rsidRDefault="00AE6992" w:rsidP="000E126D">
      <w:pPr>
        <w:pStyle w:val="Naslov1"/>
        <w:spacing w:before="0" w:line="240" w:lineRule="auto"/>
        <w:jc w:val="center"/>
        <w:rPr>
          <w:rFonts w:ascii="Arial" w:hAnsi="Arial" w:cs="Arial"/>
          <w:bCs w:val="0"/>
          <w:color w:val="auto"/>
          <w:szCs w:val="24"/>
          <w:lang w:val="sl-SI"/>
        </w:rPr>
      </w:pPr>
      <w:r w:rsidRPr="00AA4829">
        <w:rPr>
          <w:rFonts w:ascii="Arial" w:hAnsi="Arial" w:cs="Arial"/>
          <w:bCs w:val="0"/>
          <w:color w:val="auto"/>
          <w:szCs w:val="24"/>
          <w:lang w:val="sl-SI"/>
        </w:rPr>
        <w:t>ORGANIZACIJA ŠOLSKE PREHRANE</w:t>
      </w:r>
    </w:p>
    <w:p w14:paraId="668B41BF" w14:textId="77777777" w:rsidR="00801933" w:rsidRPr="00AA4829" w:rsidRDefault="00801933" w:rsidP="00801933">
      <w:pPr>
        <w:spacing w:after="0"/>
        <w:rPr>
          <w:rFonts w:cs="Arial"/>
          <w:sz w:val="24"/>
          <w:szCs w:val="24"/>
          <w:lang w:val="sl-SI"/>
        </w:rPr>
      </w:pPr>
    </w:p>
    <w:p w14:paraId="2CEABA6A" w14:textId="69C24E4D" w:rsidR="008211AB" w:rsidRPr="00AA4829" w:rsidRDefault="00AE6992" w:rsidP="0079785D">
      <w:pPr>
        <w:spacing w:after="0"/>
        <w:jc w:val="center"/>
        <w:rPr>
          <w:rFonts w:cs="Arial"/>
          <w:b/>
          <w:sz w:val="24"/>
          <w:szCs w:val="24"/>
          <w:lang w:val="sl-SI"/>
        </w:rPr>
      </w:pPr>
      <w:r w:rsidRPr="00AA4829">
        <w:rPr>
          <w:rFonts w:cs="Arial"/>
          <w:b/>
          <w:sz w:val="24"/>
          <w:szCs w:val="24"/>
          <w:lang w:val="sl-SI"/>
        </w:rPr>
        <w:t>2. člen</w:t>
      </w:r>
    </w:p>
    <w:p w14:paraId="5E42D276" w14:textId="3D4295AA" w:rsidR="00CF40AA" w:rsidRPr="00AA4829" w:rsidRDefault="00CF40AA" w:rsidP="0079785D">
      <w:pPr>
        <w:spacing w:after="0"/>
        <w:jc w:val="center"/>
        <w:rPr>
          <w:rFonts w:cs="Arial"/>
          <w:b/>
          <w:sz w:val="24"/>
          <w:szCs w:val="24"/>
          <w:lang w:val="sl-SI"/>
        </w:rPr>
      </w:pPr>
      <w:r w:rsidRPr="00AA4829">
        <w:rPr>
          <w:rFonts w:cs="Arial"/>
          <w:b/>
          <w:sz w:val="24"/>
          <w:szCs w:val="24"/>
          <w:lang w:val="sl-SI"/>
        </w:rPr>
        <w:t>(upravičenost do malice)</w:t>
      </w:r>
    </w:p>
    <w:p w14:paraId="270447B9" w14:textId="79BB9B27" w:rsidR="00534B95" w:rsidRPr="00AA4829" w:rsidRDefault="00534B95" w:rsidP="0079785D">
      <w:pPr>
        <w:spacing w:after="0"/>
        <w:jc w:val="center"/>
        <w:rPr>
          <w:rFonts w:cs="Arial"/>
          <w:b/>
          <w:sz w:val="24"/>
          <w:szCs w:val="24"/>
          <w:lang w:val="sl-SI"/>
        </w:rPr>
      </w:pPr>
    </w:p>
    <w:p w14:paraId="39E4336F" w14:textId="6B204157" w:rsidR="00534B95" w:rsidRPr="00AA4829" w:rsidRDefault="00534B95" w:rsidP="00534B95">
      <w:pPr>
        <w:spacing w:after="60"/>
        <w:jc w:val="both"/>
        <w:rPr>
          <w:rFonts w:cs="Arial"/>
          <w:bCs/>
          <w:sz w:val="24"/>
          <w:szCs w:val="24"/>
          <w:lang w:val="sl-SI"/>
        </w:rPr>
      </w:pPr>
      <w:r w:rsidRPr="00AA4829">
        <w:rPr>
          <w:rFonts w:cs="Arial"/>
          <w:bCs/>
          <w:sz w:val="24"/>
          <w:szCs w:val="24"/>
          <w:lang w:val="sl-SI"/>
        </w:rPr>
        <w:t xml:space="preserve">Dijaki so v skladu z zakonom upravičeni do </w:t>
      </w:r>
      <w:r w:rsidRPr="000F6EB4">
        <w:rPr>
          <w:rFonts w:cs="Arial"/>
          <w:bCs/>
          <w:sz w:val="24"/>
          <w:szCs w:val="24"/>
          <w:lang w:val="sl-SI"/>
        </w:rPr>
        <w:t>šolske</w:t>
      </w:r>
      <w:r w:rsidR="006A2B42" w:rsidRPr="000F6EB4">
        <w:rPr>
          <w:rFonts w:cs="Arial"/>
          <w:bCs/>
          <w:sz w:val="24"/>
          <w:szCs w:val="24"/>
          <w:lang w:val="sl-SI"/>
        </w:rPr>
        <w:t xml:space="preserve"> malice</w:t>
      </w:r>
      <w:r w:rsidRPr="000F6EB4">
        <w:rPr>
          <w:rFonts w:cs="Arial"/>
          <w:bCs/>
          <w:sz w:val="24"/>
          <w:szCs w:val="24"/>
          <w:lang w:val="sl-SI"/>
        </w:rPr>
        <w:t xml:space="preserve"> v dneh, ko </w:t>
      </w:r>
      <w:r w:rsidRPr="00AA4829">
        <w:rPr>
          <w:rFonts w:cs="Arial"/>
          <w:bCs/>
          <w:sz w:val="24"/>
          <w:szCs w:val="24"/>
          <w:lang w:val="sl-SI"/>
        </w:rPr>
        <w:t xml:space="preserve">se v skladu s šolskim koledarjem izvajajo pouk in druge dejavnosti, ki jih v skladu s programom izvaja šola. Dijakom, prijavljenim na šolsko malico, pripada malica za vsak dan prisotnosti pri pouku in drugih dejavnostih </w:t>
      </w:r>
      <w:r w:rsidRPr="000F6EB4">
        <w:rPr>
          <w:rFonts w:cs="Arial"/>
          <w:bCs/>
          <w:sz w:val="24"/>
          <w:szCs w:val="24"/>
          <w:lang w:val="sl-SI"/>
        </w:rPr>
        <w:t xml:space="preserve">obveznega programa po šolskem koledarju, kot so: strokovne </w:t>
      </w:r>
      <w:r w:rsidRPr="000F6EB4">
        <w:rPr>
          <w:rFonts w:cs="Arial"/>
          <w:bCs/>
          <w:sz w:val="24"/>
          <w:szCs w:val="24"/>
          <w:lang w:val="sl-SI"/>
        </w:rPr>
        <w:lastRenderedPageBreak/>
        <w:t xml:space="preserve">ekskurzije, športni dnevi, kulturni dnevi, </w:t>
      </w:r>
      <w:r w:rsidR="00400958">
        <w:rPr>
          <w:rFonts w:cs="Arial"/>
          <w:bCs/>
          <w:sz w:val="24"/>
          <w:szCs w:val="24"/>
          <w:lang w:val="sl-SI"/>
        </w:rPr>
        <w:t xml:space="preserve">ostale </w:t>
      </w:r>
      <w:r w:rsidRPr="000F6EB4">
        <w:rPr>
          <w:rFonts w:cs="Arial"/>
          <w:bCs/>
          <w:sz w:val="24"/>
          <w:szCs w:val="24"/>
          <w:lang w:val="sl-SI"/>
        </w:rPr>
        <w:t xml:space="preserve">obvezne izbirne vsebine </w:t>
      </w:r>
      <w:r w:rsidR="00D02FED" w:rsidRPr="000F6EB4">
        <w:rPr>
          <w:rFonts w:cs="Arial"/>
          <w:bCs/>
          <w:sz w:val="24"/>
          <w:szCs w:val="24"/>
          <w:lang w:val="sl-SI"/>
        </w:rPr>
        <w:t>oz. interesne dejavnosti</w:t>
      </w:r>
      <w:r w:rsidRPr="000F6EB4">
        <w:rPr>
          <w:rFonts w:cs="Arial"/>
          <w:bCs/>
          <w:sz w:val="24"/>
          <w:szCs w:val="24"/>
          <w:lang w:val="sl-SI"/>
        </w:rPr>
        <w:t xml:space="preserve">. </w:t>
      </w:r>
      <w:r w:rsidRPr="00AA4829">
        <w:rPr>
          <w:rFonts w:cs="Arial"/>
          <w:bCs/>
          <w:sz w:val="24"/>
          <w:szCs w:val="24"/>
          <w:lang w:val="sl-SI"/>
        </w:rPr>
        <w:t>Dijakom, prijavljenim na šolsko malico, ne pripada malica v času izvedbe tistega dela interesnih dejavnosti, ki so po njihovi izbiri, in v času, ko so na praktičnem usposabljanju z delom</w:t>
      </w:r>
      <w:r w:rsidR="00C659F4" w:rsidRPr="00AA4829">
        <w:rPr>
          <w:rFonts w:cs="Arial"/>
          <w:bCs/>
          <w:sz w:val="24"/>
          <w:szCs w:val="24"/>
          <w:lang w:val="sl-SI"/>
        </w:rPr>
        <w:t>, razen če je to s pogodbo drugače določeno</w:t>
      </w:r>
      <w:r w:rsidRPr="00AA4829">
        <w:rPr>
          <w:rFonts w:cs="Arial"/>
          <w:bCs/>
          <w:sz w:val="24"/>
          <w:szCs w:val="24"/>
          <w:lang w:val="sl-SI"/>
        </w:rPr>
        <w:t>.</w:t>
      </w:r>
    </w:p>
    <w:p w14:paraId="0295EA24" w14:textId="72D0F38A" w:rsidR="00534B95" w:rsidRPr="00AA4829" w:rsidRDefault="00534B95" w:rsidP="00534B95">
      <w:pPr>
        <w:spacing w:after="60"/>
        <w:jc w:val="both"/>
        <w:rPr>
          <w:rFonts w:cs="Arial"/>
          <w:bCs/>
          <w:sz w:val="24"/>
          <w:szCs w:val="24"/>
          <w:lang w:val="sl-SI"/>
        </w:rPr>
      </w:pPr>
      <w:r w:rsidRPr="00AA4829">
        <w:rPr>
          <w:rFonts w:cs="Arial"/>
          <w:bCs/>
          <w:sz w:val="24"/>
          <w:szCs w:val="24"/>
          <w:lang w:val="sl-SI"/>
        </w:rPr>
        <w:t>Šola dijakom zagotavlja možnost izbire med toplim mesnim</w:t>
      </w:r>
      <w:r w:rsidR="00CF40AA" w:rsidRPr="00AA4829">
        <w:rPr>
          <w:rFonts w:cs="Arial"/>
          <w:bCs/>
          <w:sz w:val="24"/>
          <w:szCs w:val="24"/>
          <w:lang w:val="sl-SI"/>
        </w:rPr>
        <w:t xml:space="preserve"> </w:t>
      </w:r>
      <w:r w:rsidR="00F4734B">
        <w:rPr>
          <w:rFonts w:cs="Arial"/>
          <w:bCs/>
          <w:sz w:val="24"/>
          <w:szCs w:val="24"/>
          <w:lang w:val="sl-SI"/>
        </w:rPr>
        <w:t>ali</w:t>
      </w:r>
      <w:r w:rsidR="00CF40AA" w:rsidRPr="00AA4829">
        <w:rPr>
          <w:rFonts w:cs="Arial"/>
          <w:bCs/>
          <w:sz w:val="24"/>
          <w:szCs w:val="24"/>
          <w:lang w:val="sl-SI"/>
        </w:rPr>
        <w:t xml:space="preserve"> </w:t>
      </w:r>
      <w:r w:rsidRPr="00AA4829">
        <w:rPr>
          <w:rFonts w:cs="Arial"/>
          <w:bCs/>
          <w:sz w:val="24"/>
          <w:szCs w:val="24"/>
          <w:lang w:val="sl-SI"/>
        </w:rPr>
        <w:t>vegetarijanskim</w:t>
      </w:r>
      <w:r w:rsidR="00CF40AA" w:rsidRPr="00AA4829">
        <w:rPr>
          <w:rFonts w:cs="Arial"/>
          <w:bCs/>
          <w:sz w:val="24"/>
          <w:szCs w:val="24"/>
          <w:lang w:val="sl-SI"/>
        </w:rPr>
        <w:t xml:space="preserve"> obrokom. </w:t>
      </w:r>
      <w:r w:rsidRPr="00AA4829">
        <w:rPr>
          <w:rFonts w:cs="Arial"/>
          <w:bCs/>
          <w:sz w:val="24"/>
          <w:szCs w:val="24"/>
          <w:lang w:val="sl-SI"/>
        </w:rPr>
        <w:t xml:space="preserve"> </w:t>
      </w:r>
      <w:r w:rsidR="00CF40AA" w:rsidRPr="00AA4829">
        <w:rPr>
          <w:rFonts w:cs="Arial"/>
          <w:bCs/>
          <w:sz w:val="24"/>
          <w:szCs w:val="24"/>
          <w:lang w:val="sl-SI"/>
        </w:rPr>
        <w:t>Kadar se izvajajo</w:t>
      </w:r>
      <w:r w:rsidR="00CF40AA" w:rsidRPr="00AA4829">
        <w:rPr>
          <w:rFonts w:cs="Arial"/>
          <w:color w:val="151515"/>
          <w:sz w:val="24"/>
          <w:szCs w:val="24"/>
          <w:shd w:val="clear" w:color="auto" w:fill="FFFFFF"/>
          <w:lang w:val="sl-SI"/>
        </w:rPr>
        <w:t xml:space="preserve"> šolske aktivnosti zunaj</w:t>
      </w:r>
      <w:r w:rsidR="00CF40AA" w:rsidRPr="00400958">
        <w:rPr>
          <w:rFonts w:cs="Arial"/>
          <w:color w:val="151515"/>
          <w:sz w:val="24"/>
          <w:szCs w:val="24"/>
          <w:shd w:val="clear" w:color="auto" w:fill="FFFFFF"/>
          <w:lang w:val="sl-SI"/>
        </w:rPr>
        <w:t xml:space="preserve"> šole</w:t>
      </w:r>
      <w:r w:rsidR="00CF40AA" w:rsidRPr="00AA4829">
        <w:rPr>
          <w:rFonts w:cs="Arial"/>
          <w:color w:val="151515"/>
          <w:sz w:val="24"/>
          <w:szCs w:val="24"/>
          <w:shd w:val="clear" w:color="auto" w:fill="FFFFFF"/>
        </w:rPr>
        <w:t>, dijaki prejmejo</w:t>
      </w:r>
      <w:r w:rsidR="00CF40AA" w:rsidRPr="00AA4829">
        <w:rPr>
          <w:rFonts w:cs="Arial"/>
          <w:bCs/>
          <w:sz w:val="24"/>
          <w:szCs w:val="24"/>
          <w:lang w:val="sl-SI"/>
        </w:rPr>
        <w:t xml:space="preserve"> </w:t>
      </w:r>
      <w:r w:rsidR="00A345A6" w:rsidRPr="00AA4829">
        <w:rPr>
          <w:rFonts w:cs="Arial"/>
          <w:bCs/>
          <w:sz w:val="24"/>
          <w:szCs w:val="24"/>
          <w:lang w:val="sl-SI"/>
        </w:rPr>
        <w:t xml:space="preserve">energijsko in </w:t>
      </w:r>
      <w:r w:rsidRPr="00AA4829">
        <w:rPr>
          <w:rFonts w:cs="Arial"/>
          <w:bCs/>
          <w:sz w:val="24"/>
          <w:szCs w:val="24"/>
          <w:lang w:val="sl-SI"/>
        </w:rPr>
        <w:t>hranilno bogatejšo hladno malico</w:t>
      </w:r>
      <w:r w:rsidR="00C659F4" w:rsidRPr="00AA4829">
        <w:rPr>
          <w:rFonts w:cs="Arial"/>
          <w:bCs/>
          <w:sz w:val="24"/>
          <w:szCs w:val="24"/>
          <w:lang w:val="sl-SI"/>
        </w:rPr>
        <w:t>.</w:t>
      </w:r>
    </w:p>
    <w:p w14:paraId="4C441F20" w14:textId="416B26E9" w:rsidR="00534B95" w:rsidRPr="00AA4829" w:rsidRDefault="00534B95" w:rsidP="00534B95">
      <w:pPr>
        <w:spacing w:after="60"/>
        <w:jc w:val="both"/>
        <w:rPr>
          <w:rFonts w:cs="Arial"/>
          <w:bCs/>
          <w:sz w:val="24"/>
          <w:szCs w:val="24"/>
          <w:lang w:val="sl-SI"/>
        </w:rPr>
      </w:pPr>
      <w:r w:rsidRPr="00AA4829">
        <w:rPr>
          <w:rFonts w:cs="Arial"/>
          <w:bCs/>
          <w:sz w:val="24"/>
          <w:szCs w:val="24"/>
          <w:lang w:val="sl-SI"/>
        </w:rPr>
        <w:t>Za dijake, ki predložijo zdravniško potrdilo o medicinsko predpisani dieti, šola organizira dietno malico v skladu s svojimi možnostmi.</w:t>
      </w:r>
    </w:p>
    <w:p w14:paraId="6C6AE35E" w14:textId="46A524AC" w:rsidR="00534B95" w:rsidRPr="00AA4829" w:rsidRDefault="00534B95" w:rsidP="00534B95">
      <w:pPr>
        <w:spacing w:after="0"/>
        <w:jc w:val="both"/>
        <w:rPr>
          <w:rFonts w:cs="Arial"/>
          <w:bCs/>
          <w:sz w:val="24"/>
          <w:szCs w:val="24"/>
          <w:lang w:val="sl-SI"/>
        </w:rPr>
      </w:pPr>
      <w:r w:rsidRPr="00AA4829">
        <w:rPr>
          <w:rFonts w:cs="Arial"/>
          <w:bCs/>
          <w:sz w:val="24"/>
          <w:szCs w:val="24"/>
          <w:lang w:val="sl-SI"/>
        </w:rPr>
        <w:t xml:space="preserve">V primeru večdnevnih ekskurzij ali določenih dejavnosti izven šolskih prostorov šola ne more zagotavljati malice, zato </w:t>
      </w:r>
      <w:r w:rsidR="00C659F4" w:rsidRPr="00AA4829">
        <w:rPr>
          <w:rFonts w:cs="Arial"/>
          <w:bCs/>
          <w:sz w:val="24"/>
          <w:szCs w:val="24"/>
          <w:lang w:val="sl-SI"/>
        </w:rPr>
        <w:t xml:space="preserve">šola </w:t>
      </w:r>
      <w:r w:rsidRPr="00AA4829">
        <w:rPr>
          <w:rFonts w:cs="Arial"/>
          <w:bCs/>
          <w:sz w:val="24"/>
          <w:szCs w:val="24"/>
          <w:lang w:val="sl-SI"/>
        </w:rPr>
        <w:t xml:space="preserve">za te dijake </w:t>
      </w:r>
      <w:r w:rsidR="00C659F4" w:rsidRPr="00AA4829">
        <w:rPr>
          <w:rFonts w:cs="Arial"/>
          <w:bCs/>
          <w:sz w:val="24"/>
          <w:szCs w:val="24"/>
          <w:lang w:val="sl-SI"/>
        </w:rPr>
        <w:t>prehrano</w:t>
      </w:r>
      <w:r w:rsidRPr="00AA4829">
        <w:rPr>
          <w:rFonts w:cs="Arial"/>
          <w:bCs/>
          <w:sz w:val="24"/>
          <w:szCs w:val="24"/>
          <w:lang w:val="sl-SI"/>
        </w:rPr>
        <w:t xml:space="preserve"> odjavi na podlagi podatkov, ki jih pridobi od vodje ekskurzije ali izvajalca posamezne dejavnosti.</w:t>
      </w:r>
    </w:p>
    <w:p w14:paraId="487CBD3D" w14:textId="77777777" w:rsidR="00FE2060" w:rsidRPr="00AA4829" w:rsidRDefault="00FE2060" w:rsidP="00534B95">
      <w:pPr>
        <w:spacing w:after="0"/>
        <w:jc w:val="both"/>
        <w:rPr>
          <w:rFonts w:cs="Arial"/>
          <w:bCs/>
          <w:sz w:val="24"/>
          <w:szCs w:val="24"/>
          <w:lang w:val="sl-SI"/>
        </w:rPr>
      </w:pPr>
    </w:p>
    <w:p w14:paraId="2D3C2772" w14:textId="39015600" w:rsidR="00534B95" w:rsidRPr="00AA4829" w:rsidRDefault="00FE2060" w:rsidP="0079785D">
      <w:pPr>
        <w:spacing w:after="0"/>
        <w:jc w:val="center"/>
        <w:rPr>
          <w:rFonts w:cs="Arial"/>
          <w:b/>
          <w:sz w:val="24"/>
          <w:szCs w:val="24"/>
          <w:lang w:val="sl-SI"/>
        </w:rPr>
      </w:pPr>
      <w:r w:rsidRPr="00AA4829">
        <w:rPr>
          <w:rFonts w:cs="Arial"/>
          <w:b/>
          <w:sz w:val="24"/>
          <w:szCs w:val="24"/>
          <w:lang w:val="sl-SI"/>
        </w:rPr>
        <w:t>3. člen</w:t>
      </w:r>
    </w:p>
    <w:p w14:paraId="27228D0D" w14:textId="3F472608" w:rsidR="00A56EA7" w:rsidRPr="00AA4829" w:rsidRDefault="00AE6992" w:rsidP="0079785D">
      <w:pPr>
        <w:spacing w:after="120"/>
        <w:jc w:val="center"/>
        <w:rPr>
          <w:rFonts w:cs="Arial"/>
          <w:b/>
          <w:sz w:val="24"/>
          <w:szCs w:val="24"/>
          <w:lang w:val="sl-SI"/>
        </w:rPr>
      </w:pPr>
      <w:r w:rsidRPr="00AA4829">
        <w:rPr>
          <w:rFonts w:cs="Arial"/>
          <w:b/>
          <w:sz w:val="24"/>
          <w:szCs w:val="24"/>
          <w:lang w:val="sl-SI"/>
        </w:rPr>
        <w:t>(prijava na šolsko</w:t>
      </w:r>
      <w:r w:rsidR="006418E6" w:rsidRPr="00AA4829">
        <w:rPr>
          <w:rFonts w:cs="Arial"/>
          <w:b/>
          <w:sz w:val="24"/>
          <w:szCs w:val="24"/>
          <w:lang w:val="sl-SI"/>
        </w:rPr>
        <w:t xml:space="preserve"> </w:t>
      </w:r>
      <w:r w:rsidRPr="00AA4829">
        <w:rPr>
          <w:rFonts w:cs="Arial"/>
          <w:b/>
          <w:sz w:val="24"/>
          <w:szCs w:val="24"/>
          <w:lang w:val="sl-SI"/>
        </w:rPr>
        <w:t>prehrano)</w:t>
      </w:r>
    </w:p>
    <w:p w14:paraId="519FC354" w14:textId="778508A4" w:rsidR="00801933" w:rsidRPr="00AA4829" w:rsidRDefault="00A56EA7" w:rsidP="0079785D">
      <w:pPr>
        <w:spacing w:after="60"/>
        <w:jc w:val="both"/>
        <w:rPr>
          <w:rFonts w:cs="Arial"/>
          <w:bCs/>
          <w:sz w:val="24"/>
          <w:szCs w:val="24"/>
          <w:lang w:val="sl-SI"/>
        </w:rPr>
      </w:pPr>
      <w:r w:rsidRPr="00AA4829">
        <w:rPr>
          <w:rFonts w:cs="Arial"/>
          <w:bCs/>
          <w:sz w:val="24"/>
          <w:szCs w:val="24"/>
          <w:lang w:val="sl-SI"/>
        </w:rPr>
        <w:t>Prijava na šolsko prehrano se odda preko aplikacije mojaMalica</w:t>
      </w:r>
      <w:r w:rsidR="000E126D" w:rsidRPr="00AA4829">
        <w:rPr>
          <w:rFonts w:cs="Arial"/>
          <w:bCs/>
          <w:sz w:val="24"/>
          <w:szCs w:val="24"/>
          <w:lang w:val="sl-SI"/>
        </w:rPr>
        <w:t xml:space="preserve">. </w:t>
      </w:r>
      <w:r w:rsidR="00EF751E" w:rsidRPr="00AA4829">
        <w:rPr>
          <w:rFonts w:cs="Arial"/>
          <w:bCs/>
          <w:sz w:val="24"/>
          <w:szCs w:val="24"/>
          <w:lang w:val="sl-SI"/>
        </w:rPr>
        <w:t>V</w:t>
      </w:r>
      <w:r w:rsidRPr="00AA4829">
        <w:rPr>
          <w:rFonts w:cs="Arial"/>
          <w:bCs/>
          <w:sz w:val="24"/>
          <w:szCs w:val="24"/>
          <w:lang w:val="sl-SI"/>
        </w:rPr>
        <w:t xml:space="preserve"> izrednih primerih se prijava lahko odda tudi </w:t>
      </w:r>
      <w:r w:rsidR="00F4734B" w:rsidRPr="00AA4829">
        <w:rPr>
          <w:rFonts w:cs="Arial"/>
          <w:bCs/>
          <w:sz w:val="24"/>
          <w:szCs w:val="24"/>
          <w:lang w:val="sl-SI"/>
        </w:rPr>
        <w:t xml:space="preserve">razredniku oziroma v tajništvo šole </w:t>
      </w:r>
      <w:r w:rsidRPr="00AA4829">
        <w:rPr>
          <w:rFonts w:cs="Arial"/>
          <w:bCs/>
          <w:sz w:val="24"/>
          <w:szCs w:val="24"/>
          <w:lang w:val="sl-SI"/>
        </w:rPr>
        <w:t>na obrazcu</w:t>
      </w:r>
      <w:r w:rsidR="000E126D" w:rsidRPr="00AA4829">
        <w:rPr>
          <w:rFonts w:cs="Arial"/>
          <w:bCs/>
          <w:sz w:val="24"/>
          <w:szCs w:val="24"/>
          <w:lang w:val="sl-SI"/>
        </w:rPr>
        <w:t>, ki ga predpiše minister</w:t>
      </w:r>
      <w:r w:rsidRPr="00AA4829">
        <w:rPr>
          <w:rFonts w:cs="Arial"/>
          <w:bCs/>
          <w:sz w:val="24"/>
          <w:szCs w:val="24"/>
          <w:lang w:val="sl-SI"/>
        </w:rPr>
        <w:t xml:space="preserve">. </w:t>
      </w:r>
      <w:r w:rsidR="00344299" w:rsidRPr="00AA4829">
        <w:rPr>
          <w:rFonts w:cs="Arial"/>
          <w:bCs/>
          <w:sz w:val="24"/>
          <w:szCs w:val="24"/>
          <w:lang w:val="sl-SI"/>
        </w:rPr>
        <w:t xml:space="preserve">Prijava se hrani v skladu z veljavnimi predpisi o varstvu osebnih podatkov in šolski prehrani. </w:t>
      </w:r>
    </w:p>
    <w:p w14:paraId="31C10E7F" w14:textId="03FD445A" w:rsidR="00A56EA7" w:rsidRPr="00AA4829" w:rsidRDefault="00A56EA7" w:rsidP="00801933">
      <w:pPr>
        <w:spacing w:after="0"/>
        <w:jc w:val="both"/>
        <w:rPr>
          <w:rFonts w:cs="Arial"/>
          <w:bCs/>
          <w:sz w:val="24"/>
          <w:szCs w:val="24"/>
          <w:lang w:val="sl-SI"/>
        </w:rPr>
      </w:pPr>
      <w:r w:rsidRPr="00AA4829">
        <w:rPr>
          <w:rFonts w:cs="Arial"/>
          <w:bCs/>
          <w:sz w:val="24"/>
          <w:szCs w:val="24"/>
          <w:lang w:val="sl-SI"/>
        </w:rPr>
        <w:t>Prijava se praviloma odda v mesecu juniju za prihodnje šolsko leto, lahko pa tudi kadarkoli med šolskim letom</w:t>
      </w:r>
      <w:r w:rsidR="00344299" w:rsidRPr="00AA4829">
        <w:rPr>
          <w:rFonts w:cs="Arial"/>
          <w:bCs/>
          <w:sz w:val="24"/>
          <w:szCs w:val="24"/>
          <w:lang w:val="sl-SI"/>
        </w:rPr>
        <w:t xml:space="preserve"> in jo</w:t>
      </w:r>
      <w:r w:rsidR="00CF0FD6" w:rsidRPr="00AA4829">
        <w:rPr>
          <w:rFonts w:cs="Arial"/>
          <w:bCs/>
          <w:sz w:val="24"/>
          <w:szCs w:val="24"/>
          <w:lang w:val="sl-SI"/>
        </w:rPr>
        <w:t xml:space="preserve"> šola</w:t>
      </w:r>
      <w:r w:rsidR="00344299" w:rsidRPr="00AA4829">
        <w:rPr>
          <w:rFonts w:cs="Arial"/>
          <w:bCs/>
          <w:sz w:val="24"/>
          <w:szCs w:val="24"/>
          <w:lang w:val="sl-SI"/>
        </w:rPr>
        <w:t xml:space="preserve"> hrani do konca šolskega leta</w:t>
      </w:r>
      <w:r w:rsidRPr="00AA4829">
        <w:rPr>
          <w:rFonts w:cs="Arial"/>
          <w:bCs/>
          <w:sz w:val="24"/>
          <w:szCs w:val="24"/>
          <w:lang w:val="sl-SI"/>
        </w:rPr>
        <w:t>.</w:t>
      </w:r>
      <w:r w:rsidR="00801933" w:rsidRPr="00AA4829">
        <w:rPr>
          <w:rFonts w:cs="Arial"/>
          <w:bCs/>
          <w:sz w:val="24"/>
          <w:szCs w:val="24"/>
          <w:lang w:val="sl-SI"/>
        </w:rPr>
        <w:t xml:space="preserve"> Dijaki, vpisani v prvi letnik, dobijo obrazec prijave ob vpisu v šolo.</w:t>
      </w:r>
    </w:p>
    <w:p w14:paraId="4D5542FF" w14:textId="124A9196" w:rsidR="001E35CF" w:rsidRPr="00AA4829" w:rsidRDefault="001E35CF" w:rsidP="001452E1">
      <w:pPr>
        <w:spacing w:after="0" w:line="240" w:lineRule="auto"/>
        <w:rPr>
          <w:rFonts w:cs="Arial"/>
          <w:bCs/>
          <w:sz w:val="24"/>
          <w:szCs w:val="24"/>
          <w:lang w:val="sl-SI"/>
        </w:rPr>
      </w:pPr>
    </w:p>
    <w:p w14:paraId="35E982F6" w14:textId="182B94D3" w:rsidR="00940D06" w:rsidRPr="00AA4829" w:rsidRDefault="00FE2060" w:rsidP="0079785D">
      <w:pPr>
        <w:spacing w:after="0"/>
        <w:jc w:val="center"/>
        <w:rPr>
          <w:rFonts w:cs="Arial"/>
          <w:b/>
          <w:sz w:val="24"/>
          <w:szCs w:val="24"/>
          <w:lang w:val="sl-SI"/>
        </w:rPr>
      </w:pPr>
      <w:r w:rsidRPr="00AA4829">
        <w:rPr>
          <w:rFonts w:cs="Arial"/>
          <w:b/>
          <w:sz w:val="24"/>
          <w:szCs w:val="24"/>
          <w:lang w:val="sl-SI"/>
        </w:rPr>
        <w:t>4</w:t>
      </w:r>
      <w:r w:rsidR="00940D06" w:rsidRPr="00AA4829">
        <w:rPr>
          <w:rFonts w:cs="Arial"/>
          <w:b/>
          <w:sz w:val="24"/>
          <w:szCs w:val="24"/>
          <w:lang w:val="sl-SI"/>
        </w:rPr>
        <w:t xml:space="preserve">. člen </w:t>
      </w:r>
    </w:p>
    <w:p w14:paraId="46F2BCC4" w14:textId="1479F19C" w:rsidR="00940D06" w:rsidRPr="00AA4829" w:rsidRDefault="00940D06" w:rsidP="0079785D">
      <w:pPr>
        <w:spacing w:after="120"/>
        <w:jc w:val="center"/>
        <w:rPr>
          <w:rFonts w:cs="Arial"/>
          <w:b/>
          <w:sz w:val="24"/>
          <w:szCs w:val="24"/>
          <w:lang w:val="sl-SI"/>
        </w:rPr>
      </w:pPr>
      <w:r w:rsidRPr="00AA4829">
        <w:rPr>
          <w:rFonts w:cs="Arial"/>
          <w:b/>
          <w:sz w:val="24"/>
          <w:szCs w:val="24"/>
          <w:lang w:val="sl-SI"/>
        </w:rPr>
        <w:t>(preklic prijave prehrane za nedoločen čas)</w:t>
      </w:r>
    </w:p>
    <w:p w14:paraId="74EA3C79" w14:textId="77777777" w:rsidR="00534B95" w:rsidRPr="00AA4829" w:rsidRDefault="00534B95" w:rsidP="00534B95">
      <w:pPr>
        <w:spacing w:after="0"/>
        <w:jc w:val="both"/>
        <w:rPr>
          <w:rFonts w:cs="Arial"/>
          <w:bCs/>
          <w:sz w:val="24"/>
          <w:szCs w:val="24"/>
          <w:lang w:val="sl-SI"/>
        </w:rPr>
      </w:pPr>
      <w:r w:rsidRPr="00AA4829">
        <w:rPr>
          <w:rFonts w:cs="Arial"/>
          <w:bCs/>
          <w:sz w:val="24"/>
          <w:szCs w:val="24"/>
          <w:lang w:val="sl-SI"/>
        </w:rPr>
        <w:t>Starši lahko kadar koli prekličejo prijavo prehrane za nedoločen čas. Preklic prijave prehrane se odda pisno v tajništvu na obrazcu, ki je na voljo tudi na spletni strani šole.</w:t>
      </w:r>
    </w:p>
    <w:p w14:paraId="591EF068" w14:textId="77777777" w:rsidR="00534B95" w:rsidRPr="00AA4829" w:rsidRDefault="00534B95" w:rsidP="00534B95">
      <w:pPr>
        <w:spacing w:after="0"/>
        <w:jc w:val="both"/>
        <w:rPr>
          <w:rFonts w:cs="Arial"/>
          <w:bCs/>
          <w:sz w:val="24"/>
          <w:szCs w:val="24"/>
          <w:lang w:val="sl-SI"/>
        </w:rPr>
      </w:pPr>
    </w:p>
    <w:p w14:paraId="69409646" w14:textId="42FF5E96" w:rsidR="00940D06" w:rsidRPr="00AA4829" w:rsidRDefault="00534B95" w:rsidP="00534B95">
      <w:pPr>
        <w:spacing w:after="0"/>
        <w:jc w:val="both"/>
        <w:rPr>
          <w:rFonts w:cs="Arial"/>
          <w:bCs/>
          <w:sz w:val="24"/>
          <w:szCs w:val="24"/>
          <w:lang w:val="sl-SI"/>
        </w:rPr>
      </w:pPr>
      <w:r w:rsidRPr="00AA4829">
        <w:rPr>
          <w:rFonts w:cs="Arial"/>
          <w:bCs/>
          <w:sz w:val="24"/>
          <w:szCs w:val="24"/>
          <w:lang w:val="sl-SI"/>
        </w:rPr>
        <w:t>Preklic prehrane začne veljati naslednji dan po prejemu preklica oziroma na dan, ki ga določi oseba, ki je podala odjavo. Odjava prehrane za nazaj ni mogoča.</w:t>
      </w:r>
    </w:p>
    <w:p w14:paraId="4948D3E7" w14:textId="77777777" w:rsidR="0079785D" w:rsidRPr="00AA4829" w:rsidRDefault="0079785D" w:rsidP="0079785D">
      <w:pPr>
        <w:spacing w:after="0"/>
        <w:jc w:val="center"/>
        <w:rPr>
          <w:rFonts w:cs="Arial"/>
          <w:b/>
          <w:sz w:val="24"/>
          <w:szCs w:val="24"/>
          <w:lang w:val="sl-SI"/>
        </w:rPr>
      </w:pPr>
    </w:p>
    <w:p w14:paraId="0AE1AB8B" w14:textId="23EC2890" w:rsidR="008070FF" w:rsidRPr="00AA4829" w:rsidRDefault="00FE2060" w:rsidP="0079785D">
      <w:pPr>
        <w:spacing w:after="0"/>
        <w:jc w:val="center"/>
        <w:rPr>
          <w:rFonts w:cs="Arial"/>
          <w:b/>
          <w:sz w:val="24"/>
          <w:szCs w:val="24"/>
          <w:lang w:val="sl-SI"/>
        </w:rPr>
      </w:pPr>
      <w:r w:rsidRPr="00AA4829">
        <w:rPr>
          <w:rFonts w:cs="Arial"/>
          <w:b/>
          <w:sz w:val="24"/>
          <w:szCs w:val="24"/>
          <w:lang w:val="sl-SI"/>
        </w:rPr>
        <w:t>5</w:t>
      </w:r>
      <w:r w:rsidR="008070FF" w:rsidRPr="00AA4829">
        <w:rPr>
          <w:rFonts w:cs="Arial"/>
          <w:b/>
          <w:sz w:val="24"/>
          <w:szCs w:val="24"/>
          <w:lang w:val="sl-SI"/>
        </w:rPr>
        <w:t>. člen</w:t>
      </w:r>
    </w:p>
    <w:p w14:paraId="0E7EB908" w14:textId="77777777" w:rsidR="008070FF" w:rsidRPr="00AA4829" w:rsidRDefault="008070FF" w:rsidP="0079785D">
      <w:pPr>
        <w:spacing w:after="120"/>
        <w:jc w:val="center"/>
        <w:rPr>
          <w:rFonts w:cs="Arial"/>
          <w:b/>
          <w:sz w:val="24"/>
          <w:szCs w:val="24"/>
          <w:lang w:val="sl-SI"/>
        </w:rPr>
      </w:pPr>
      <w:r w:rsidRPr="00AA4829">
        <w:rPr>
          <w:rFonts w:cs="Arial"/>
          <w:b/>
          <w:sz w:val="24"/>
          <w:szCs w:val="24"/>
          <w:lang w:val="sl-SI"/>
        </w:rPr>
        <w:t>(odjava prehrane)</w:t>
      </w:r>
    </w:p>
    <w:p w14:paraId="6DD1A7C0" w14:textId="77777777" w:rsidR="0079785D" w:rsidRPr="00AA4829" w:rsidRDefault="008070FF" w:rsidP="0079785D">
      <w:pPr>
        <w:spacing w:after="60"/>
        <w:jc w:val="both"/>
        <w:rPr>
          <w:rFonts w:eastAsia="Calibri" w:cs="Arial"/>
          <w:bCs/>
          <w:sz w:val="24"/>
          <w:szCs w:val="24"/>
          <w:lang w:val="sl-SI"/>
        </w:rPr>
      </w:pPr>
      <w:r w:rsidRPr="00AA4829">
        <w:rPr>
          <w:rFonts w:eastAsia="Calibri" w:cs="Arial"/>
          <w:bCs/>
          <w:sz w:val="24"/>
          <w:szCs w:val="24"/>
          <w:lang w:val="sl-SI"/>
        </w:rPr>
        <w:t xml:space="preserve">V primeru bolezni ali druge odsotnosti dijaka mora dijak oz. starši odjaviti prehrano za čas odsotnosti dijaka. </w:t>
      </w:r>
    </w:p>
    <w:p w14:paraId="4206CA26" w14:textId="09139A94" w:rsidR="0079785D" w:rsidRPr="00AA4829" w:rsidRDefault="008070FF" w:rsidP="0079785D">
      <w:pPr>
        <w:spacing w:after="60"/>
        <w:jc w:val="both"/>
        <w:rPr>
          <w:rFonts w:eastAsia="Calibri" w:cs="Arial"/>
          <w:bCs/>
          <w:sz w:val="24"/>
          <w:szCs w:val="24"/>
          <w:lang w:val="sl-SI"/>
        </w:rPr>
      </w:pPr>
      <w:r w:rsidRPr="00AA4829">
        <w:rPr>
          <w:rFonts w:eastAsia="Calibri" w:cs="Arial"/>
          <w:bCs/>
          <w:sz w:val="24"/>
          <w:szCs w:val="24"/>
          <w:lang w:val="sl-SI"/>
        </w:rPr>
        <w:t>Prehrano je možno  odjaviti  po elektronski pošti (</w:t>
      </w:r>
      <w:hyperlink r:id="rId8" w:history="1">
        <w:r w:rsidRPr="00AA4829">
          <w:rPr>
            <w:rFonts w:eastAsia="Calibri" w:cs="Arial"/>
            <w:bCs/>
            <w:sz w:val="24"/>
            <w:szCs w:val="24"/>
            <w:u w:val="single"/>
            <w:lang w:val="sl-SI"/>
          </w:rPr>
          <w:t>odjava.malice@grm-nm.si</w:t>
        </w:r>
      </w:hyperlink>
      <w:r w:rsidRPr="00AA4829">
        <w:rPr>
          <w:rFonts w:eastAsia="Calibri" w:cs="Arial"/>
          <w:bCs/>
          <w:sz w:val="24"/>
          <w:szCs w:val="24"/>
          <w:lang w:val="sl-SI"/>
        </w:rPr>
        <w:t xml:space="preserve">), po telefonu - odzivnik (07 393 47 17) ali na </w:t>
      </w:r>
      <w:r w:rsidR="00534B95" w:rsidRPr="00AA4829">
        <w:rPr>
          <w:rFonts w:eastAsia="Calibri" w:cs="Arial"/>
          <w:bCs/>
          <w:sz w:val="24"/>
          <w:szCs w:val="24"/>
          <w:lang w:val="sl-SI"/>
        </w:rPr>
        <w:t>aplikaciji mojaMalica.</w:t>
      </w:r>
    </w:p>
    <w:p w14:paraId="2E8D30F6" w14:textId="5E8C76A1" w:rsidR="008070FF" w:rsidRPr="00AA4829" w:rsidRDefault="008070FF" w:rsidP="0079785D">
      <w:pPr>
        <w:spacing w:after="0"/>
        <w:jc w:val="both"/>
        <w:rPr>
          <w:rFonts w:eastAsia="Calibri" w:cs="Arial"/>
          <w:bCs/>
          <w:sz w:val="24"/>
          <w:szCs w:val="24"/>
          <w:u w:val="single"/>
          <w:lang w:val="sl-SI"/>
        </w:rPr>
      </w:pPr>
      <w:r w:rsidRPr="00AA4829">
        <w:rPr>
          <w:rFonts w:eastAsia="Calibri" w:cs="Arial"/>
          <w:bCs/>
          <w:sz w:val="24"/>
          <w:szCs w:val="24"/>
          <w:lang w:val="sl-SI"/>
        </w:rPr>
        <w:t>Aplikacija se lahko uporablja tudi na</w:t>
      </w:r>
      <w:r w:rsidR="00534B95" w:rsidRPr="00AA4829">
        <w:rPr>
          <w:rFonts w:eastAsia="Calibri" w:cs="Arial"/>
          <w:bCs/>
          <w:sz w:val="24"/>
          <w:szCs w:val="24"/>
          <w:lang w:val="sl-SI"/>
        </w:rPr>
        <w:t xml:space="preserve"> mobilnih telefonih na povezavi</w:t>
      </w:r>
      <w:r w:rsidRPr="00AA4829">
        <w:rPr>
          <w:rFonts w:eastAsia="Calibri" w:cs="Arial"/>
          <w:bCs/>
          <w:sz w:val="24"/>
          <w:szCs w:val="24"/>
          <w:lang w:val="sl-SI"/>
        </w:rPr>
        <w:t xml:space="preserve">: </w:t>
      </w:r>
      <w:hyperlink r:id="rId9" w:history="1">
        <w:r w:rsidRPr="00AA4829">
          <w:rPr>
            <w:rFonts w:eastAsia="Calibri" w:cs="Arial"/>
            <w:bCs/>
            <w:sz w:val="24"/>
            <w:szCs w:val="24"/>
            <w:u w:val="single"/>
            <w:lang w:val="sl-SI"/>
          </w:rPr>
          <w:t>https://mojamalica.grm-nm.si:82/Account/Login?ReturnUrl=%2F</w:t>
        </w:r>
      </w:hyperlink>
      <w:r w:rsidRPr="00AA4829">
        <w:rPr>
          <w:rFonts w:eastAsia="Calibri" w:cs="Arial"/>
          <w:bCs/>
          <w:sz w:val="24"/>
          <w:szCs w:val="24"/>
          <w:u w:val="single"/>
          <w:lang w:val="sl-SI"/>
        </w:rPr>
        <w:t>.</w:t>
      </w:r>
    </w:p>
    <w:p w14:paraId="799C2B06" w14:textId="77777777" w:rsidR="008070FF" w:rsidRPr="00AA4829" w:rsidRDefault="008070FF" w:rsidP="008070FF">
      <w:pPr>
        <w:spacing w:after="0" w:line="240" w:lineRule="auto"/>
        <w:jc w:val="both"/>
        <w:rPr>
          <w:rFonts w:eastAsia="Calibri" w:cs="Arial"/>
          <w:bCs/>
          <w:sz w:val="24"/>
          <w:szCs w:val="24"/>
          <w:u w:val="single"/>
          <w:lang w:val="sl-SI"/>
        </w:rPr>
      </w:pPr>
    </w:p>
    <w:p w14:paraId="4064183D" w14:textId="489782CD" w:rsidR="00534B95" w:rsidRPr="00AA4829" w:rsidRDefault="00534B95" w:rsidP="00534B95">
      <w:pPr>
        <w:pStyle w:val="Odstavekseznama"/>
        <w:numPr>
          <w:ilvl w:val="0"/>
          <w:numId w:val="11"/>
        </w:numPr>
        <w:spacing w:after="0" w:line="240" w:lineRule="auto"/>
        <w:rPr>
          <w:rFonts w:eastAsia="Calibri" w:cs="Arial"/>
          <w:bCs/>
          <w:sz w:val="24"/>
          <w:szCs w:val="24"/>
          <w:lang w:val="sl-SI"/>
        </w:rPr>
      </w:pPr>
      <w:r w:rsidRPr="00AA4829">
        <w:rPr>
          <w:rFonts w:eastAsia="Calibri" w:cs="Arial"/>
          <w:bCs/>
          <w:sz w:val="24"/>
          <w:szCs w:val="24"/>
          <w:lang w:val="sl-SI"/>
        </w:rPr>
        <w:lastRenderedPageBreak/>
        <w:t>Posamezni obrok šolske prehrane je treba odjaviti najmanj en delovni dan prej do 8. ure. Če starši ali dijak obroka ne odjavijo pravočasno, se zaračuna polna cena obroka. Odjava prehrane za nazaj ni mogoča.</w:t>
      </w:r>
    </w:p>
    <w:p w14:paraId="66BF321F" w14:textId="77777777" w:rsidR="00534B95" w:rsidRPr="00AA4829" w:rsidRDefault="00534B95" w:rsidP="00534B95">
      <w:pPr>
        <w:pStyle w:val="Odstavekseznama"/>
        <w:numPr>
          <w:ilvl w:val="0"/>
          <w:numId w:val="11"/>
        </w:numPr>
        <w:spacing w:after="0" w:line="240" w:lineRule="auto"/>
        <w:rPr>
          <w:rFonts w:eastAsia="Calibri" w:cs="Arial"/>
          <w:bCs/>
          <w:sz w:val="24"/>
          <w:szCs w:val="24"/>
          <w:lang w:val="sl-SI"/>
        </w:rPr>
      </w:pPr>
      <w:r w:rsidRPr="00AA4829">
        <w:rPr>
          <w:rFonts w:eastAsia="Calibri" w:cs="Arial"/>
          <w:bCs/>
          <w:sz w:val="24"/>
          <w:szCs w:val="24"/>
          <w:lang w:val="sl-SI"/>
        </w:rPr>
        <w:t>Nepravočasna odjava obroka se izjemoma upošteva v primeru nenadne bolezni dijaka, vendar le za prvi dan odsotnosti od pouka. Obrok je treba odjaviti na dan, ko dijak zboli, najpozneje do 8. ure.</w:t>
      </w:r>
    </w:p>
    <w:p w14:paraId="5DF318EB" w14:textId="5A2D0E3F" w:rsidR="00534B95" w:rsidRPr="00AA4829" w:rsidRDefault="00534B95" w:rsidP="00534B95">
      <w:pPr>
        <w:pStyle w:val="Odstavekseznama"/>
        <w:numPr>
          <w:ilvl w:val="0"/>
          <w:numId w:val="11"/>
        </w:numPr>
        <w:spacing w:after="0" w:line="240" w:lineRule="auto"/>
        <w:rPr>
          <w:rFonts w:eastAsia="Calibri" w:cs="Arial"/>
          <w:bCs/>
          <w:sz w:val="24"/>
          <w:szCs w:val="24"/>
          <w:lang w:val="sl-SI"/>
        </w:rPr>
      </w:pPr>
      <w:r w:rsidRPr="00AA4829">
        <w:rPr>
          <w:rFonts w:eastAsia="Calibri" w:cs="Arial"/>
          <w:bCs/>
          <w:sz w:val="24"/>
          <w:szCs w:val="24"/>
          <w:lang w:val="sl-SI"/>
        </w:rPr>
        <w:t>Če dijak, ki ima subvencionirano</w:t>
      </w:r>
      <w:r w:rsidR="006418E6" w:rsidRPr="00AA4829">
        <w:rPr>
          <w:rFonts w:eastAsia="Calibri" w:cs="Arial"/>
          <w:bCs/>
          <w:sz w:val="24"/>
          <w:szCs w:val="24"/>
          <w:lang w:val="sl-SI"/>
        </w:rPr>
        <w:t xml:space="preserve"> </w:t>
      </w:r>
      <w:r w:rsidRPr="00AA4829">
        <w:rPr>
          <w:rFonts w:eastAsia="Calibri" w:cs="Arial"/>
          <w:bCs/>
          <w:sz w:val="24"/>
          <w:szCs w:val="24"/>
          <w:lang w:val="sl-SI"/>
        </w:rPr>
        <w:t>malico, ob prevzemu obroka ne potrdi prevzema z brezstično kartico, se mu zaračuna polna cena obroka.</w:t>
      </w:r>
    </w:p>
    <w:p w14:paraId="599F0FD1" w14:textId="0D88E93E" w:rsidR="0091221A" w:rsidRPr="00AA4829" w:rsidRDefault="0091221A" w:rsidP="00534B95">
      <w:pPr>
        <w:pStyle w:val="Odstavekseznama"/>
        <w:numPr>
          <w:ilvl w:val="0"/>
          <w:numId w:val="11"/>
        </w:numPr>
        <w:spacing w:after="0" w:line="240" w:lineRule="auto"/>
        <w:rPr>
          <w:rFonts w:eastAsia="Calibri" w:cs="Arial"/>
          <w:bCs/>
          <w:sz w:val="24"/>
          <w:szCs w:val="24"/>
          <w:lang w:val="sl-SI"/>
        </w:rPr>
      </w:pPr>
      <w:r w:rsidRPr="00AA4829">
        <w:rPr>
          <w:rFonts w:eastAsia="Calibri" w:cs="Arial"/>
          <w:bCs/>
          <w:sz w:val="24"/>
          <w:szCs w:val="24"/>
          <w:lang w:val="sl-SI"/>
        </w:rPr>
        <w:t xml:space="preserve">Če je dijak odsoten od pouka zaradi sodelovanja na tekmovanjih, nastopih ali drugih dejavnostih v organizaciji šole, odjavo </w:t>
      </w:r>
      <w:r w:rsidR="006418E6" w:rsidRPr="00AA4829">
        <w:rPr>
          <w:rFonts w:eastAsia="Calibri" w:cs="Arial"/>
          <w:bCs/>
          <w:sz w:val="24"/>
          <w:szCs w:val="24"/>
          <w:lang w:val="sl-SI"/>
        </w:rPr>
        <w:t>prehrane (malice)</w:t>
      </w:r>
      <w:r w:rsidRPr="00AA4829">
        <w:rPr>
          <w:rFonts w:eastAsia="Calibri" w:cs="Arial"/>
          <w:bCs/>
          <w:sz w:val="24"/>
          <w:szCs w:val="24"/>
          <w:lang w:val="sl-SI"/>
        </w:rPr>
        <w:t xml:space="preserve"> uredi odgovorna oseba za izvedbo te dejavnosti, tekmovanja ali nastopa. Odgovorna oseba mora pravočasno posredovati seznam dijakov, za katere se obrok odjavi.</w:t>
      </w:r>
    </w:p>
    <w:p w14:paraId="500A4176" w14:textId="7B237BBE" w:rsidR="002D36CC" w:rsidRPr="00AA4829" w:rsidRDefault="002D36CC" w:rsidP="00C659F4">
      <w:pPr>
        <w:spacing w:after="0" w:line="240" w:lineRule="auto"/>
        <w:rPr>
          <w:rFonts w:cs="Arial"/>
          <w:b/>
          <w:sz w:val="24"/>
          <w:szCs w:val="24"/>
          <w:lang w:val="es-MX"/>
        </w:rPr>
      </w:pPr>
    </w:p>
    <w:p w14:paraId="346CA8B1" w14:textId="219F918D" w:rsidR="008211AB" w:rsidRPr="00AA4829" w:rsidRDefault="00FE2060" w:rsidP="0079785D">
      <w:pPr>
        <w:spacing w:after="0"/>
        <w:jc w:val="center"/>
        <w:rPr>
          <w:rFonts w:cs="Arial"/>
          <w:b/>
          <w:sz w:val="24"/>
          <w:szCs w:val="24"/>
          <w:lang w:val="es-MX"/>
        </w:rPr>
      </w:pPr>
      <w:r w:rsidRPr="00AA4829">
        <w:rPr>
          <w:rFonts w:cs="Arial"/>
          <w:b/>
          <w:sz w:val="24"/>
          <w:szCs w:val="24"/>
          <w:lang w:val="es-MX"/>
        </w:rPr>
        <w:t>6</w:t>
      </w:r>
      <w:r w:rsidR="00AE6992" w:rsidRPr="00AA4829">
        <w:rPr>
          <w:rFonts w:cs="Arial"/>
          <w:b/>
          <w:sz w:val="24"/>
          <w:szCs w:val="24"/>
          <w:lang w:val="es-MX"/>
        </w:rPr>
        <w:t>. člen</w:t>
      </w:r>
    </w:p>
    <w:p w14:paraId="47906DE9" w14:textId="77777777" w:rsidR="008211AB" w:rsidRPr="00AA4829" w:rsidRDefault="00AE6992" w:rsidP="0079785D">
      <w:pPr>
        <w:spacing w:after="120"/>
        <w:jc w:val="center"/>
        <w:rPr>
          <w:rFonts w:cs="Arial"/>
          <w:b/>
          <w:sz w:val="24"/>
          <w:szCs w:val="24"/>
          <w:lang w:val="es-MX"/>
        </w:rPr>
      </w:pPr>
      <w:r w:rsidRPr="00AA4829">
        <w:rPr>
          <w:rFonts w:cs="Arial"/>
          <w:b/>
          <w:sz w:val="24"/>
          <w:szCs w:val="24"/>
          <w:lang w:val="es-MX"/>
        </w:rPr>
        <w:t>(skupina za prehrano)</w:t>
      </w:r>
    </w:p>
    <w:p w14:paraId="4C4FBD78" w14:textId="3C8CFB51" w:rsidR="006F061F" w:rsidRPr="00AA4829" w:rsidRDefault="00C659F4" w:rsidP="0079785D">
      <w:pPr>
        <w:spacing w:after="60"/>
        <w:jc w:val="both"/>
        <w:rPr>
          <w:rFonts w:cs="Arial"/>
          <w:bCs/>
          <w:sz w:val="24"/>
          <w:szCs w:val="24"/>
          <w:lang w:val="es-MX"/>
        </w:rPr>
      </w:pPr>
      <w:r w:rsidRPr="00AA4829">
        <w:rPr>
          <w:rFonts w:cs="Arial"/>
          <w:bCs/>
          <w:sz w:val="24"/>
          <w:szCs w:val="24"/>
          <w:lang w:val="es-MX"/>
        </w:rPr>
        <w:t>Na osnovi 5.</w:t>
      </w:r>
      <w:r w:rsidR="006F061F" w:rsidRPr="00AA4829">
        <w:rPr>
          <w:rFonts w:cs="Arial"/>
          <w:bCs/>
          <w:sz w:val="24"/>
          <w:szCs w:val="24"/>
          <w:lang w:val="es-MX"/>
        </w:rPr>
        <w:t xml:space="preserve"> člena Zakona o šolski prehrani ravnateljica imenuje</w:t>
      </w:r>
      <w:r w:rsidRPr="00AA4829">
        <w:rPr>
          <w:rFonts w:cs="Arial"/>
          <w:bCs/>
          <w:sz w:val="24"/>
          <w:szCs w:val="24"/>
          <w:lang w:val="es-MX"/>
        </w:rPr>
        <w:t xml:space="preserve"> skupino za prehrano v naslednji sestavi:</w:t>
      </w:r>
    </w:p>
    <w:p w14:paraId="11436440" w14:textId="77777777" w:rsidR="00AA4829" w:rsidRPr="00AA4829" w:rsidRDefault="006F061F" w:rsidP="00AA4829">
      <w:pPr>
        <w:pStyle w:val="Oznaenseznam"/>
        <w:numPr>
          <w:ilvl w:val="0"/>
          <w:numId w:val="15"/>
        </w:numPr>
        <w:spacing w:after="60"/>
        <w:contextualSpacing w:val="0"/>
        <w:jc w:val="both"/>
        <w:rPr>
          <w:rFonts w:cs="Arial"/>
          <w:bCs/>
          <w:sz w:val="24"/>
          <w:szCs w:val="24"/>
        </w:rPr>
      </w:pPr>
      <w:r w:rsidRPr="00AA4829">
        <w:rPr>
          <w:rFonts w:cs="Arial"/>
          <w:bCs/>
          <w:sz w:val="24"/>
          <w:szCs w:val="24"/>
        </w:rPr>
        <w:t>organizator šolske prehrane,</w:t>
      </w:r>
    </w:p>
    <w:p w14:paraId="490FEEE5" w14:textId="77777777" w:rsidR="00AA4829" w:rsidRPr="00AA4829" w:rsidRDefault="006F061F" w:rsidP="00AA4829">
      <w:pPr>
        <w:pStyle w:val="Oznaenseznam"/>
        <w:numPr>
          <w:ilvl w:val="0"/>
          <w:numId w:val="15"/>
        </w:numPr>
        <w:spacing w:after="60"/>
        <w:contextualSpacing w:val="0"/>
        <w:jc w:val="both"/>
        <w:rPr>
          <w:rFonts w:cs="Arial"/>
          <w:bCs/>
          <w:sz w:val="24"/>
          <w:szCs w:val="24"/>
        </w:rPr>
      </w:pPr>
      <w:r w:rsidRPr="00AA4829">
        <w:rPr>
          <w:rFonts w:cs="Arial"/>
          <w:bCs/>
          <w:sz w:val="24"/>
          <w:szCs w:val="24"/>
          <w:lang w:val="sl-SI"/>
        </w:rPr>
        <w:t xml:space="preserve">2 </w:t>
      </w:r>
      <w:r w:rsidR="00AE6992" w:rsidRPr="00AA4829">
        <w:rPr>
          <w:rFonts w:cs="Arial"/>
          <w:bCs/>
          <w:sz w:val="24"/>
          <w:szCs w:val="24"/>
          <w:lang w:val="sl-SI"/>
        </w:rPr>
        <w:t>predstavnik</w:t>
      </w:r>
      <w:r w:rsidRPr="00AA4829">
        <w:rPr>
          <w:rFonts w:cs="Arial"/>
          <w:bCs/>
          <w:sz w:val="24"/>
          <w:szCs w:val="24"/>
          <w:lang w:val="sl-SI"/>
        </w:rPr>
        <w:t>a</w:t>
      </w:r>
      <w:r w:rsidR="00AE6992" w:rsidRPr="00AA4829">
        <w:rPr>
          <w:rFonts w:cs="Arial"/>
          <w:bCs/>
          <w:sz w:val="24"/>
          <w:szCs w:val="24"/>
          <w:lang w:val="sl-SI"/>
        </w:rPr>
        <w:t xml:space="preserve"> </w:t>
      </w:r>
      <w:r w:rsidRPr="00AA4829">
        <w:rPr>
          <w:rFonts w:cs="Arial"/>
          <w:bCs/>
          <w:sz w:val="24"/>
          <w:szCs w:val="24"/>
          <w:lang w:val="sl-SI"/>
        </w:rPr>
        <w:t>zaposlenih</w:t>
      </w:r>
      <w:r w:rsidRPr="00AA4829">
        <w:rPr>
          <w:rFonts w:cs="Arial"/>
          <w:bCs/>
          <w:sz w:val="24"/>
          <w:szCs w:val="24"/>
        </w:rPr>
        <w:t>,</w:t>
      </w:r>
    </w:p>
    <w:p w14:paraId="10FB83EB" w14:textId="1E840065" w:rsidR="008211AB" w:rsidRPr="00AA4829" w:rsidRDefault="006F061F" w:rsidP="00AA4829">
      <w:pPr>
        <w:pStyle w:val="Oznaenseznam"/>
        <w:numPr>
          <w:ilvl w:val="0"/>
          <w:numId w:val="15"/>
        </w:numPr>
        <w:spacing w:after="60"/>
        <w:contextualSpacing w:val="0"/>
        <w:jc w:val="both"/>
        <w:rPr>
          <w:rFonts w:cs="Arial"/>
          <w:bCs/>
          <w:sz w:val="24"/>
          <w:szCs w:val="24"/>
        </w:rPr>
      </w:pPr>
      <w:r w:rsidRPr="00AA4829">
        <w:rPr>
          <w:rFonts w:cs="Arial"/>
          <w:bCs/>
          <w:sz w:val="24"/>
          <w:szCs w:val="24"/>
          <w:lang w:val="sl-SI"/>
        </w:rPr>
        <w:t>2 predstavnika</w:t>
      </w:r>
      <w:r w:rsidR="00AE6992" w:rsidRPr="00AA4829">
        <w:rPr>
          <w:rFonts w:cs="Arial"/>
          <w:bCs/>
          <w:sz w:val="24"/>
          <w:szCs w:val="24"/>
          <w:lang w:val="sl-SI"/>
        </w:rPr>
        <w:t xml:space="preserve"> </w:t>
      </w:r>
      <w:r w:rsidRPr="00AA4829">
        <w:rPr>
          <w:rFonts w:cs="Arial"/>
          <w:bCs/>
          <w:sz w:val="24"/>
          <w:szCs w:val="24"/>
          <w:lang w:val="sl-SI"/>
        </w:rPr>
        <w:t>dijakov.</w:t>
      </w:r>
    </w:p>
    <w:p w14:paraId="6BCF2362" w14:textId="46D02A30" w:rsidR="006F061F" w:rsidRPr="00AA4829" w:rsidRDefault="006F061F" w:rsidP="006F061F">
      <w:pPr>
        <w:pStyle w:val="Oznaenseznam"/>
        <w:spacing w:after="60"/>
        <w:contextualSpacing w:val="0"/>
        <w:jc w:val="both"/>
        <w:rPr>
          <w:rFonts w:cs="Arial"/>
          <w:bCs/>
          <w:sz w:val="24"/>
          <w:szCs w:val="24"/>
          <w:lang w:val="sl-SI"/>
        </w:rPr>
      </w:pPr>
      <w:r w:rsidRPr="00AA4829">
        <w:rPr>
          <w:rFonts w:cs="Arial"/>
          <w:bCs/>
          <w:sz w:val="24"/>
          <w:szCs w:val="24"/>
          <w:lang w:val="sl-SI"/>
        </w:rPr>
        <w:t>Skupina za prehrano je imenovana za obdobje štirih let.</w:t>
      </w:r>
    </w:p>
    <w:p w14:paraId="043D389A" w14:textId="77777777" w:rsidR="006F061F" w:rsidRPr="00AA4829" w:rsidRDefault="006F061F" w:rsidP="006F061F">
      <w:pPr>
        <w:pStyle w:val="Oznaenseznam"/>
        <w:spacing w:after="60"/>
        <w:contextualSpacing w:val="0"/>
        <w:jc w:val="both"/>
        <w:rPr>
          <w:rFonts w:cs="Arial"/>
          <w:bCs/>
          <w:sz w:val="24"/>
          <w:szCs w:val="24"/>
        </w:rPr>
      </w:pPr>
    </w:p>
    <w:p w14:paraId="286A3250" w14:textId="520E8A26" w:rsidR="008211AB" w:rsidRPr="00AA4829" w:rsidRDefault="00FE2060" w:rsidP="0079785D">
      <w:pPr>
        <w:spacing w:after="0"/>
        <w:jc w:val="center"/>
        <w:rPr>
          <w:rFonts w:cs="Arial"/>
          <w:b/>
          <w:sz w:val="24"/>
          <w:szCs w:val="24"/>
          <w:lang w:val="sl-SI"/>
        </w:rPr>
      </w:pPr>
      <w:r w:rsidRPr="00AA4829">
        <w:rPr>
          <w:rFonts w:cs="Arial"/>
          <w:b/>
          <w:sz w:val="24"/>
          <w:szCs w:val="24"/>
          <w:lang w:val="sl-SI"/>
        </w:rPr>
        <w:t>7</w:t>
      </w:r>
      <w:r w:rsidR="00AE6992" w:rsidRPr="00AA4829">
        <w:rPr>
          <w:rFonts w:cs="Arial"/>
          <w:b/>
          <w:sz w:val="24"/>
          <w:szCs w:val="24"/>
          <w:lang w:val="sl-SI"/>
        </w:rPr>
        <w:t>. člen</w:t>
      </w:r>
    </w:p>
    <w:p w14:paraId="0D19009B" w14:textId="77777777" w:rsidR="008211AB" w:rsidRPr="00AA4829" w:rsidRDefault="00AE6992" w:rsidP="0079785D">
      <w:pPr>
        <w:spacing w:after="120"/>
        <w:jc w:val="center"/>
        <w:rPr>
          <w:rFonts w:cs="Arial"/>
          <w:b/>
          <w:sz w:val="24"/>
          <w:szCs w:val="24"/>
          <w:lang w:val="sl-SI"/>
        </w:rPr>
      </w:pPr>
      <w:r w:rsidRPr="00AA4829">
        <w:rPr>
          <w:rFonts w:cs="Arial"/>
          <w:b/>
          <w:sz w:val="24"/>
          <w:szCs w:val="24"/>
          <w:lang w:val="sl-SI"/>
        </w:rPr>
        <w:t>(obveznosti dijakov in staršev)</w:t>
      </w:r>
    </w:p>
    <w:p w14:paraId="452B9D4F" w14:textId="3E7228BF" w:rsidR="00B43F7E" w:rsidRPr="00AA4829" w:rsidRDefault="00AE6992" w:rsidP="0079785D">
      <w:pPr>
        <w:spacing w:after="60"/>
        <w:jc w:val="both"/>
        <w:rPr>
          <w:rFonts w:eastAsia="Calibri" w:cs="Arial"/>
          <w:bCs/>
          <w:sz w:val="24"/>
          <w:szCs w:val="24"/>
          <w:lang w:val="sl-SI"/>
        </w:rPr>
      </w:pPr>
      <w:r w:rsidRPr="00AA4829">
        <w:rPr>
          <w:rFonts w:cs="Arial"/>
          <w:bCs/>
          <w:sz w:val="24"/>
          <w:szCs w:val="24"/>
          <w:lang w:val="sl-SI"/>
        </w:rPr>
        <w:t xml:space="preserve">S prijavo na </w:t>
      </w:r>
      <w:r w:rsidR="006F061F" w:rsidRPr="00AA4829">
        <w:rPr>
          <w:rFonts w:eastAsia="Calibri" w:cs="Arial"/>
          <w:bCs/>
          <w:sz w:val="24"/>
          <w:szCs w:val="24"/>
          <w:lang w:val="sl-SI"/>
        </w:rPr>
        <w:t xml:space="preserve">šolsko prehrano nastopi </w:t>
      </w:r>
      <w:r w:rsidR="00FE2060" w:rsidRPr="00AA4829">
        <w:rPr>
          <w:rFonts w:eastAsia="Calibri" w:cs="Arial"/>
          <w:bCs/>
          <w:sz w:val="24"/>
          <w:szCs w:val="24"/>
          <w:lang w:val="sl-SI"/>
        </w:rPr>
        <w:t>dolžnost</w:t>
      </w:r>
      <w:r w:rsidR="006F061F" w:rsidRPr="00AA4829">
        <w:rPr>
          <w:rFonts w:eastAsia="Calibri" w:cs="Arial"/>
          <w:bCs/>
          <w:sz w:val="24"/>
          <w:szCs w:val="24"/>
          <w:lang w:val="sl-SI"/>
        </w:rPr>
        <w:t xml:space="preserve"> </w:t>
      </w:r>
      <w:r w:rsidR="00B43F7E" w:rsidRPr="00AA4829">
        <w:rPr>
          <w:rFonts w:eastAsia="Calibri" w:cs="Arial"/>
          <w:bCs/>
          <w:sz w:val="24"/>
          <w:szCs w:val="24"/>
          <w:lang w:val="sl-SI"/>
        </w:rPr>
        <w:t>dijakov in njihovih staršev</w:t>
      </w:r>
      <w:r w:rsidR="00FE2060" w:rsidRPr="00AA4829">
        <w:rPr>
          <w:rFonts w:eastAsia="Calibri" w:cs="Arial"/>
          <w:bCs/>
          <w:sz w:val="24"/>
          <w:szCs w:val="24"/>
          <w:lang w:val="sl-SI"/>
        </w:rPr>
        <w:t>, da bodo</w:t>
      </w:r>
      <w:r w:rsidR="00B43F7E" w:rsidRPr="00AA4829">
        <w:rPr>
          <w:rFonts w:eastAsia="Calibri" w:cs="Arial"/>
          <w:bCs/>
          <w:sz w:val="24"/>
          <w:szCs w:val="24"/>
          <w:lang w:val="sl-SI"/>
        </w:rPr>
        <w:t>:</w:t>
      </w:r>
    </w:p>
    <w:p w14:paraId="353EC155" w14:textId="0ECBFFC7" w:rsidR="00B43F7E" w:rsidRPr="000F6EB4" w:rsidRDefault="006A2B42" w:rsidP="00AA4829">
      <w:pPr>
        <w:numPr>
          <w:ilvl w:val="1"/>
          <w:numId w:val="17"/>
        </w:numPr>
        <w:spacing w:after="60"/>
        <w:jc w:val="both"/>
        <w:rPr>
          <w:rFonts w:eastAsia="Calibri" w:cs="Arial"/>
          <w:bCs/>
          <w:sz w:val="24"/>
          <w:szCs w:val="24"/>
          <w:lang w:val="sl-SI"/>
        </w:rPr>
      </w:pPr>
      <w:r w:rsidRPr="000F6EB4">
        <w:rPr>
          <w:rFonts w:eastAsia="Calibri" w:cs="Arial"/>
          <w:bCs/>
          <w:sz w:val="24"/>
          <w:szCs w:val="24"/>
          <w:lang w:val="sl-SI"/>
        </w:rPr>
        <w:t>spoštovali</w:t>
      </w:r>
      <w:r w:rsidR="00FE2060" w:rsidRPr="000F6EB4">
        <w:rPr>
          <w:rFonts w:eastAsia="Calibri" w:cs="Arial"/>
          <w:bCs/>
          <w:sz w:val="24"/>
          <w:szCs w:val="24"/>
          <w:lang w:val="sl-SI"/>
        </w:rPr>
        <w:t xml:space="preserve"> pravila šolske prehrane</w:t>
      </w:r>
      <w:r w:rsidR="00B43F7E" w:rsidRPr="000F6EB4">
        <w:rPr>
          <w:rFonts w:eastAsia="Calibri" w:cs="Arial"/>
          <w:bCs/>
          <w:sz w:val="24"/>
          <w:szCs w:val="24"/>
          <w:lang w:val="sl-SI"/>
        </w:rPr>
        <w:t>,</w:t>
      </w:r>
    </w:p>
    <w:p w14:paraId="438BA75B" w14:textId="45BB454A" w:rsidR="00B43F7E" w:rsidRPr="000F6EB4" w:rsidRDefault="00FE2060" w:rsidP="00AA4829">
      <w:pPr>
        <w:numPr>
          <w:ilvl w:val="1"/>
          <w:numId w:val="17"/>
        </w:numPr>
        <w:spacing w:after="60"/>
        <w:jc w:val="both"/>
        <w:rPr>
          <w:rFonts w:eastAsia="Calibri" w:cs="Arial"/>
          <w:bCs/>
          <w:sz w:val="24"/>
          <w:szCs w:val="24"/>
          <w:lang w:val="sl-SI"/>
        </w:rPr>
      </w:pPr>
      <w:r w:rsidRPr="000F6EB4">
        <w:rPr>
          <w:rFonts w:eastAsia="Calibri" w:cs="Arial"/>
          <w:bCs/>
          <w:sz w:val="24"/>
          <w:szCs w:val="24"/>
          <w:lang w:val="sl-SI"/>
        </w:rPr>
        <w:t xml:space="preserve">redno </w:t>
      </w:r>
      <w:r w:rsidR="006A2B42" w:rsidRPr="000F6EB4">
        <w:rPr>
          <w:rFonts w:eastAsia="Calibri" w:cs="Arial"/>
          <w:bCs/>
          <w:sz w:val="24"/>
          <w:szCs w:val="24"/>
          <w:lang w:val="sl-SI"/>
        </w:rPr>
        <w:t>plačevali</w:t>
      </w:r>
      <w:r w:rsidR="00B43F7E" w:rsidRPr="000F6EB4">
        <w:rPr>
          <w:rFonts w:eastAsia="Calibri" w:cs="Arial"/>
          <w:bCs/>
          <w:sz w:val="24"/>
          <w:szCs w:val="24"/>
          <w:lang w:val="sl-SI"/>
        </w:rPr>
        <w:t xml:space="preserve"> prispevke</w:t>
      </w:r>
      <w:r w:rsidRPr="000F6EB4">
        <w:rPr>
          <w:rFonts w:eastAsia="Calibri" w:cs="Arial"/>
          <w:bCs/>
          <w:sz w:val="24"/>
          <w:szCs w:val="24"/>
          <w:lang w:val="sl-SI"/>
        </w:rPr>
        <w:t xml:space="preserve"> za šolsko prehrano</w:t>
      </w:r>
      <w:r w:rsidR="00B43F7E" w:rsidRPr="000F6EB4">
        <w:rPr>
          <w:rFonts w:eastAsia="Calibri" w:cs="Arial"/>
          <w:bCs/>
          <w:sz w:val="24"/>
          <w:szCs w:val="24"/>
          <w:lang w:val="sl-SI"/>
        </w:rPr>
        <w:t>,</w:t>
      </w:r>
    </w:p>
    <w:p w14:paraId="5FA020DA" w14:textId="13EF05AD" w:rsidR="00B43F7E" w:rsidRPr="000F6EB4" w:rsidRDefault="00FE2060" w:rsidP="00AA4829">
      <w:pPr>
        <w:numPr>
          <w:ilvl w:val="1"/>
          <w:numId w:val="17"/>
        </w:numPr>
        <w:spacing w:after="60"/>
        <w:jc w:val="both"/>
        <w:rPr>
          <w:rFonts w:eastAsia="Calibri" w:cs="Arial"/>
          <w:bCs/>
          <w:sz w:val="24"/>
          <w:szCs w:val="24"/>
          <w:lang w:val="sl-SI"/>
        </w:rPr>
      </w:pPr>
      <w:r w:rsidRPr="000F6EB4">
        <w:rPr>
          <w:rFonts w:eastAsia="Calibri" w:cs="Arial"/>
          <w:bCs/>
          <w:sz w:val="24"/>
          <w:szCs w:val="24"/>
          <w:lang w:val="sl-SI"/>
        </w:rPr>
        <w:t xml:space="preserve">skladno s Pravili šolske prehrane pravočasno odjavili posamezne </w:t>
      </w:r>
      <w:r w:rsidR="00B43F7E" w:rsidRPr="000F6EB4">
        <w:rPr>
          <w:rFonts w:eastAsia="Calibri" w:cs="Arial"/>
          <w:bCs/>
          <w:sz w:val="24"/>
          <w:szCs w:val="24"/>
          <w:lang w:val="sl-SI"/>
        </w:rPr>
        <w:t>obroke,</w:t>
      </w:r>
    </w:p>
    <w:p w14:paraId="1D194063" w14:textId="45F4B2EA" w:rsidR="00B43F7E" w:rsidRPr="000F6EB4" w:rsidRDefault="006A2B42" w:rsidP="00AA4829">
      <w:pPr>
        <w:numPr>
          <w:ilvl w:val="1"/>
          <w:numId w:val="17"/>
        </w:numPr>
        <w:spacing w:after="0"/>
        <w:jc w:val="both"/>
        <w:rPr>
          <w:rFonts w:eastAsia="Calibri" w:cs="Arial"/>
          <w:bCs/>
          <w:sz w:val="24"/>
          <w:szCs w:val="24"/>
          <w:lang w:val="sl-SI"/>
        </w:rPr>
      </w:pPr>
      <w:r w:rsidRPr="000F6EB4">
        <w:rPr>
          <w:rFonts w:eastAsia="Calibri" w:cs="Arial"/>
          <w:bCs/>
          <w:sz w:val="24"/>
          <w:szCs w:val="24"/>
          <w:lang w:val="sl-SI"/>
        </w:rPr>
        <w:t>plačal</w:t>
      </w:r>
      <w:r w:rsidR="00B43F7E" w:rsidRPr="000F6EB4">
        <w:rPr>
          <w:rFonts w:eastAsia="Calibri" w:cs="Arial"/>
          <w:bCs/>
          <w:sz w:val="24"/>
          <w:szCs w:val="24"/>
          <w:lang w:val="sl-SI"/>
        </w:rPr>
        <w:t xml:space="preserve">i polno ceno obroka, če </w:t>
      </w:r>
      <w:r w:rsidR="00FE2060" w:rsidRPr="000F6EB4">
        <w:rPr>
          <w:rFonts w:eastAsia="Calibri" w:cs="Arial"/>
          <w:bCs/>
          <w:sz w:val="24"/>
          <w:szCs w:val="24"/>
          <w:lang w:val="sl-SI"/>
        </w:rPr>
        <w:t>ga</w:t>
      </w:r>
      <w:r w:rsidR="00B43F7E" w:rsidRPr="000F6EB4">
        <w:rPr>
          <w:rFonts w:eastAsia="Calibri" w:cs="Arial"/>
          <w:bCs/>
          <w:sz w:val="24"/>
          <w:szCs w:val="24"/>
          <w:lang w:val="sl-SI"/>
        </w:rPr>
        <w:t xml:space="preserve"> ni</w:t>
      </w:r>
      <w:r w:rsidR="00FE2060" w:rsidRPr="000F6EB4">
        <w:rPr>
          <w:rFonts w:eastAsia="Calibri" w:cs="Arial"/>
          <w:bCs/>
          <w:sz w:val="24"/>
          <w:szCs w:val="24"/>
          <w:lang w:val="sl-SI"/>
        </w:rPr>
        <w:t>so</w:t>
      </w:r>
      <w:r w:rsidR="00B43F7E" w:rsidRPr="000F6EB4">
        <w:rPr>
          <w:rFonts w:eastAsia="Calibri" w:cs="Arial"/>
          <w:bCs/>
          <w:sz w:val="24"/>
          <w:szCs w:val="24"/>
          <w:lang w:val="sl-SI"/>
        </w:rPr>
        <w:t xml:space="preserve"> pravočasno o</w:t>
      </w:r>
      <w:r w:rsidR="00FE2060" w:rsidRPr="000F6EB4">
        <w:rPr>
          <w:rFonts w:eastAsia="Calibri" w:cs="Arial"/>
          <w:bCs/>
          <w:sz w:val="24"/>
          <w:szCs w:val="24"/>
          <w:lang w:val="sl-SI"/>
        </w:rPr>
        <w:t>djavili</w:t>
      </w:r>
      <w:r w:rsidR="00B43F7E" w:rsidRPr="000F6EB4">
        <w:rPr>
          <w:rFonts w:eastAsia="Calibri" w:cs="Arial"/>
          <w:bCs/>
          <w:sz w:val="24"/>
          <w:szCs w:val="24"/>
          <w:lang w:val="sl-SI"/>
        </w:rPr>
        <w:t>.</w:t>
      </w:r>
    </w:p>
    <w:p w14:paraId="69EB0DF6" w14:textId="76D01510" w:rsidR="003A39C1" w:rsidRPr="000F6EB4" w:rsidRDefault="003A39C1" w:rsidP="003A39C1">
      <w:pPr>
        <w:spacing w:after="0"/>
        <w:jc w:val="both"/>
        <w:rPr>
          <w:rFonts w:eastAsia="Calibri" w:cs="Arial"/>
          <w:bCs/>
          <w:sz w:val="24"/>
          <w:szCs w:val="24"/>
          <w:lang w:val="sl-SI"/>
        </w:rPr>
      </w:pPr>
    </w:p>
    <w:p w14:paraId="5B16C1FF" w14:textId="7C57EC38" w:rsidR="003A39C1" w:rsidRPr="00AA4829" w:rsidRDefault="003A39C1" w:rsidP="003A39C1">
      <w:pPr>
        <w:spacing w:after="0"/>
        <w:jc w:val="both"/>
        <w:rPr>
          <w:rFonts w:cs="Arial"/>
          <w:bCs/>
          <w:sz w:val="24"/>
          <w:szCs w:val="24"/>
          <w:lang w:val="es-MX"/>
        </w:rPr>
      </w:pPr>
      <w:r w:rsidRPr="000F6EB4">
        <w:rPr>
          <w:rFonts w:cs="Arial"/>
          <w:bCs/>
          <w:sz w:val="24"/>
          <w:szCs w:val="24"/>
          <w:lang w:val="es-MX"/>
        </w:rPr>
        <w:t xml:space="preserve">Obračun </w:t>
      </w:r>
      <w:r w:rsidR="006418E6" w:rsidRPr="000F6EB4">
        <w:rPr>
          <w:rFonts w:cs="Arial"/>
          <w:bCs/>
          <w:sz w:val="24"/>
          <w:szCs w:val="24"/>
          <w:lang w:val="es-MX"/>
        </w:rPr>
        <w:t xml:space="preserve">šolske prehrane </w:t>
      </w:r>
      <w:r w:rsidRPr="00AA4829">
        <w:rPr>
          <w:rFonts w:cs="Arial"/>
          <w:bCs/>
          <w:sz w:val="24"/>
          <w:szCs w:val="24"/>
          <w:lang w:val="es-MX"/>
        </w:rPr>
        <w:t>se izvede na podlagi prijave, dejanske porabe, odjav in podatkov o upravičenosti do subvencije.</w:t>
      </w:r>
    </w:p>
    <w:p w14:paraId="6DFF57ED" w14:textId="0ACF54FB" w:rsidR="001E6F3D" w:rsidRPr="00AA4829" w:rsidRDefault="001E6F3D" w:rsidP="003A39C1">
      <w:pPr>
        <w:spacing w:after="0" w:line="240" w:lineRule="auto"/>
        <w:rPr>
          <w:rFonts w:cs="Arial"/>
          <w:b/>
          <w:sz w:val="24"/>
          <w:szCs w:val="24"/>
          <w:lang w:val="sl-SI"/>
        </w:rPr>
      </w:pPr>
    </w:p>
    <w:p w14:paraId="6A8B957A" w14:textId="151F75BA" w:rsidR="008211AB" w:rsidRPr="00AA4829" w:rsidRDefault="00FE2060" w:rsidP="0079785D">
      <w:pPr>
        <w:spacing w:after="0"/>
        <w:jc w:val="center"/>
        <w:rPr>
          <w:rFonts w:cs="Arial"/>
          <w:b/>
          <w:sz w:val="24"/>
          <w:szCs w:val="24"/>
          <w:lang w:val="sl-SI"/>
        </w:rPr>
      </w:pPr>
      <w:r w:rsidRPr="00AA4829">
        <w:rPr>
          <w:rFonts w:cs="Arial"/>
          <w:b/>
          <w:sz w:val="24"/>
          <w:szCs w:val="24"/>
          <w:lang w:val="sl-SI"/>
        </w:rPr>
        <w:t>8</w:t>
      </w:r>
      <w:r w:rsidR="00AE6992" w:rsidRPr="00AA4829">
        <w:rPr>
          <w:rFonts w:cs="Arial"/>
          <w:b/>
          <w:sz w:val="24"/>
          <w:szCs w:val="24"/>
          <w:lang w:val="sl-SI"/>
        </w:rPr>
        <w:t>. člen</w:t>
      </w:r>
    </w:p>
    <w:p w14:paraId="07F25A2B" w14:textId="77777777" w:rsidR="008211AB" w:rsidRPr="00AA4829" w:rsidRDefault="00AE6992" w:rsidP="0079785D">
      <w:pPr>
        <w:spacing w:after="120"/>
        <w:jc w:val="center"/>
        <w:rPr>
          <w:rFonts w:cs="Arial"/>
          <w:b/>
          <w:sz w:val="24"/>
          <w:szCs w:val="24"/>
          <w:lang w:val="sl-SI"/>
        </w:rPr>
      </w:pPr>
      <w:r w:rsidRPr="00AA4829">
        <w:rPr>
          <w:rFonts w:cs="Arial"/>
          <w:b/>
          <w:sz w:val="24"/>
          <w:szCs w:val="24"/>
          <w:lang w:val="sl-SI"/>
        </w:rPr>
        <w:t>(seznanitev dijakov in staršev)</w:t>
      </w:r>
    </w:p>
    <w:p w14:paraId="08A8497F" w14:textId="7727D2E3" w:rsidR="00FE2060" w:rsidRPr="00AA4829" w:rsidRDefault="00AE6992" w:rsidP="0079785D">
      <w:pPr>
        <w:spacing w:after="0"/>
        <w:jc w:val="both"/>
        <w:rPr>
          <w:rFonts w:cs="Arial"/>
          <w:bCs/>
          <w:sz w:val="24"/>
          <w:szCs w:val="24"/>
          <w:lang w:val="sl-SI"/>
        </w:rPr>
      </w:pPr>
      <w:r w:rsidRPr="00AA4829">
        <w:rPr>
          <w:rFonts w:cs="Arial"/>
          <w:bCs/>
          <w:sz w:val="24"/>
          <w:szCs w:val="24"/>
          <w:lang w:val="sl-SI"/>
        </w:rPr>
        <w:t xml:space="preserve">Šola seznani dijake in starše </w:t>
      </w:r>
      <w:r w:rsidR="002432C3" w:rsidRPr="00AA4829">
        <w:rPr>
          <w:rFonts w:cs="Arial"/>
          <w:bCs/>
          <w:sz w:val="24"/>
          <w:szCs w:val="24"/>
          <w:lang w:val="sl-SI"/>
        </w:rPr>
        <w:t>z</w:t>
      </w:r>
      <w:r w:rsidRPr="00AA4829">
        <w:rPr>
          <w:rFonts w:cs="Arial"/>
          <w:bCs/>
          <w:sz w:val="24"/>
          <w:szCs w:val="24"/>
          <w:lang w:val="sl-SI"/>
        </w:rPr>
        <w:t xml:space="preserve"> organizacij</w:t>
      </w:r>
      <w:r w:rsidR="002432C3" w:rsidRPr="00AA4829">
        <w:rPr>
          <w:rFonts w:cs="Arial"/>
          <w:bCs/>
          <w:sz w:val="24"/>
          <w:szCs w:val="24"/>
          <w:lang w:val="sl-SI"/>
        </w:rPr>
        <w:t xml:space="preserve">o </w:t>
      </w:r>
      <w:r w:rsidRPr="00AA4829">
        <w:rPr>
          <w:rFonts w:cs="Arial"/>
          <w:bCs/>
          <w:sz w:val="24"/>
          <w:szCs w:val="24"/>
          <w:lang w:val="sl-SI"/>
        </w:rPr>
        <w:t xml:space="preserve">šolske prehrane, </w:t>
      </w:r>
      <w:r w:rsidR="002432C3" w:rsidRPr="00AA4829">
        <w:rPr>
          <w:rFonts w:cs="Arial"/>
          <w:bCs/>
          <w:sz w:val="24"/>
          <w:szCs w:val="24"/>
          <w:lang w:val="sl-SI"/>
        </w:rPr>
        <w:t>s P</w:t>
      </w:r>
      <w:r w:rsidRPr="00AA4829">
        <w:rPr>
          <w:rFonts w:cs="Arial"/>
          <w:bCs/>
          <w:sz w:val="24"/>
          <w:szCs w:val="24"/>
          <w:lang w:val="sl-SI"/>
        </w:rPr>
        <w:t>ravil</w:t>
      </w:r>
      <w:r w:rsidR="00FE2060" w:rsidRPr="00AA4829">
        <w:rPr>
          <w:rFonts w:cs="Arial"/>
          <w:bCs/>
          <w:sz w:val="24"/>
          <w:szCs w:val="24"/>
          <w:lang w:val="sl-SI"/>
        </w:rPr>
        <w:t>i</w:t>
      </w:r>
      <w:r w:rsidRPr="00AA4829">
        <w:rPr>
          <w:rFonts w:cs="Arial"/>
          <w:bCs/>
          <w:sz w:val="24"/>
          <w:szCs w:val="24"/>
          <w:lang w:val="sl-SI"/>
        </w:rPr>
        <w:t xml:space="preserve"> šolske prehrane, </w:t>
      </w:r>
      <w:r w:rsidR="00FE2060" w:rsidRPr="00AA4829">
        <w:rPr>
          <w:rFonts w:cs="Arial"/>
          <w:bCs/>
          <w:sz w:val="24"/>
          <w:szCs w:val="24"/>
          <w:lang w:val="sl-SI"/>
        </w:rPr>
        <w:t>z obveznostmi dijakov in staršev, z informacijami o subvencioniranju malice in postopkih uveljavljanja ter ceno malice</w:t>
      </w:r>
      <w:r w:rsidRPr="00AA4829">
        <w:rPr>
          <w:rFonts w:cs="Arial"/>
          <w:bCs/>
          <w:sz w:val="24"/>
          <w:szCs w:val="24"/>
          <w:lang w:val="sl-SI"/>
        </w:rPr>
        <w:t>.</w:t>
      </w:r>
    </w:p>
    <w:p w14:paraId="483E8139" w14:textId="74CA193B" w:rsidR="00FE2060" w:rsidRPr="00AA4829" w:rsidRDefault="00FE2060" w:rsidP="0079785D">
      <w:pPr>
        <w:spacing w:after="0"/>
        <w:jc w:val="both"/>
        <w:rPr>
          <w:rFonts w:cs="Arial"/>
          <w:bCs/>
          <w:sz w:val="24"/>
          <w:szCs w:val="24"/>
          <w:lang w:val="sl-SI"/>
        </w:rPr>
      </w:pPr>
      <w:r w:rsidRPr="00AA4829">
        <w:rPr>
          <w:rFonts w:cs="Arial"/>
          <w:bCs/>
          <w:sz w:val="24"/>
          <w:szCs w:val="24"/>
          <w:lang w:val="sl-SI"/>
        </w:rPr>
        <w:t>Obveščanje poteka preko spletnih strani šole, na roditeljskih sestankih, z obvestili po elektronski pošti, na razrednih urah in sestankih dijaške skupnosti ter z objavami na oglasnih deskah šole.</w:t>
      </w:r>
    </w:p>
    <w:p w14:paraId="15A88980" w14:textId="1F474565" w:rsidR="008211AB" w:rsidRPr="00AA4829" w:rsidRDefault="00FE2060" w:rsidP="0079785D">
      <w:pPr>
        <w:spacing w:after="0"/>
        <w:jc w:val="center"/>
        <w:rPr>
          <w:rFonts w:cs="Arial"/>
          <w:b/>
          <w:sz w:val="24"/>
          <w:szCs w:val="24"/>
          <w:lang w:val="sl-SI"/>
        </w:rPr>
      </w:pPr>
      <w:r w:rsidRPr="00AA4829">
        <w:rPr>
          <w:rFonts w:cs="Arial"/>
          <w:b/>
          <w:sz w:val="24"/>
          <w:szCs w:val="24"/>
          <w:lang w:val="sl-SI"/>
        </w:rPr>
        <w:lastRenderedPageBreak/>
        <w:t>9</w:t>
      </w:r>
      <w:r w:rsidR="00AE6992" w:rsidRPr="00AA4829">
        <w:rPr>
          <w:rFonts w:cs="Arial"/>
          <w:b/>
          <w:sz w:val="24"/>
          <w:szCs w:val="24"/>
          <w:lang w:val="sl-SI"/>
        </w:rPr>
        <w:t>. člen</w:t>
      </w:r>
    </w:p>
    <w:p w14:paraId="7DAFC1A6" w14:textId="77777777" w:rsidR="008211AB" w:rsidRPr="00AA4829" w:rsidRDefault="00AE6992" w:rsidP="0079785D">
      <w:pPr>
        <w:spacing w:after="120"/>
        <w:jc w:val="center"/>
        <w:rPr>
          <w:rFonts w:cs="Arial"/>
          <w:b/>
          <w:sz w:val="24"/>
          <w:szCs w:val="24"/>
          <w:lang w:val="sl-SI"/>
        </w:rPr>
      </w:pPr>
      <w:r w:rsidRPr="00AA4829">
        <w:rPr>
          <w:rFonts w:cs="Arial"/>
          <w:b/>
          <w:sz w:val="24"/>
          <w:szCs w:val="24"/>
          <w:lang w:val="sl-SI"/>
        </w:rPr>
        <w:t>(neprevzeti obroki)</w:t>
      </w:r>
    </w:p>
    <w:p w14:paraId="234B0A8C" w14:textId="2C76F770" w:rsidR="006F1AAC" w:rsidRPr="00AA4829" w:rsidRDefault="00AE6992" w:rsidP="007D5C98">
      <w:pPr>
        <w:spacing w:after="0"/>
        <w:jc w:val="both"/>
        <w:rPr>
          <w:rFonts w:cs="Arial"/>
          <w:bCs/>
          <w:sz w:val="24"/>
          <w:szCs w:val="24"/>
          <w:lang w:val="sl-SI"/>
        </w:rPr>
      </w:pPr>
      <w:r w:rsidRPr="00AA4829">
        <w:rPr>
          <w:rFonts w:cs="Arial"/>
          <w:bCs/>
          <w:sz w:val="24"/>
          <w:szCs w:val="24"/>
          <w:lang w:val="sl-SI"/>
        </w:rPr>
        <w:t>Malice, ki niso prevzete do 12.00 ure, šola brezplačno odstopi drugim dijakom</w:t>
      </w:r>
      <w:r w:rsidR="00B43F7E" w:rsidRPr="00AA4829">
        <w:rPr>
          <w:rFonts w:cs="Arial"/>
          <w:bCs/>
          <w:sz w:val="24"/>
          <w:szCs w:val="24"/>
          <w:lang w:val="sl-SI"/>
        </w:rPr>
        <w:t>.</w:t>
      </w:r>
    </w:p>
    <w:p w14:paraId="175A516C" w14:textId="126A3B8C" w:rsidR="000F6EB4" w:rsidRDefault="000F6EB4" w:rsidP="007D5C98">
      <w:pPr>
        <w:spacing w:after="0"/>
        <w:jc w:val="both"/>
        <w:rPr>
          <w:rFonts w:cs="Arial"/>
          <w:bCs/>
          <w:sz w:val="24"/>
          <w:szCs w:val="24"/>
          <w:lang w:val="sl-SI"/>
        </w:rPr>
      </w:pPr>
    </w:p>
    <w:p w14:paraId="1FAC83B7" w14:textId="77777777" w:rsidR="003F28FE" w:rsidRPr="00AA4829" w:rsidRDefault="003F28FE" w:rsidP="007D5C98">
      <w:pPr>
        <w:spacing w:after="0"/>
        <w:jc w:val="both"/>
        <w:rPr>
          <w:rFonts w:cs="Arial"/>
          <w:bCs/>
          <w:sz w:val="24"/>
          <w:szCs w:val="24"/>
          <w:lang w:val="sl-SI"/>
        </w:rPr>
      </w:pPr>
    </w:p>
    <w:p w14:paraId="73421668" w14:textId="03F0AB3B" w:rsidR="008211AB" w:rsidRPr="00AA4829" w:rsidRDefault="00AE6992" w:rsidP="00AF0EA8">
      <w:pPr>
        <w:pStyle w:val="Naslov1"/>
        <w:spacing w:before="0"/>
        <w:jc w:val="center"/>
        <w:rPr>
          <w:rFonts w:ascii="Arial" w:hAnsi="Arial" w:cs="Arial"/>
          <w:bCs w:val="0"/>
          <w:color w:val="auto"/>
          <w:szCs w:val="24"/>
          <w:lang w:val="sl-SI"/>
        </w:rPr>
      </w:pPr>
      <w:r w:rsidRPr="00AA4829">
        <w:rPr>
          <w:rFonts w:ascii="Arial" w:hAnsi="Arial" w:cs="Arial"/>
          <w:bCs w:val="0"/>
          <w:color w:val="auto"/>
          <w:szCs w:val="24"/>
          <w:lang w:val="sl-SI"/>
        </w:rPr>
        <w:t>SPREMLJANJE IN NADZOR</w:t>
      </w:r>
    </w:p>
    <w:p w14:paraId="42E5AB42" w14:textId="77777777" w:rsidR="00AF209B" w:rsidRPr="00AA4829" w:rsidRDefault="00AF209B" w:rsidP="00AF209B">
      <w:pPr>
        <w:spacing w:after="0"/>
        <w:rPr>
          <w:rFonts w:cs="Arial"/>
          <w:sz w:val="24"/>
          <w:szCs w:val="24"/>
          <w:lang w:val="sl-SI"/>
        </w:rPr>
      </w:pPr>
    </w:p>
    <w:p w14:paraId="496289F1" w14:textId="1C13A3D9" w:rsidR="008211AB" w:rsidRPr="00AA4829" w:rsidRDefault="00AE6992" w:rsidP="00AF209B">
      <w:pPr>
        <w:spacing w:after="0"/>
        <w:jc w:val="center"/>
        <w:rPr>
          <w:rFonts w:cs="Arial"/>
          <w:b/>
          <w:sz w:val="24"/>
          <w:szCs w:val="24"/>
          <w:lang w:val="sl-SI"/>
        </w:rPr>
      </w:pPr>
      <w:r w:rsidRPr="00AA4829">
        <w:rPr>
          <w:rFonts w:cs="Arial"/>
          <w:b/>
          <w:sz w:val="24"/>
          <w:szCs w:val="24"/>
          <w:lang w:val="sl-SI"/>
        </w:rPr>
        <w:t>1</w:t>
      </w:r>
      <w:r w:rsidR="00AF0EA8" w:rsidRPr="00AA4829">
        <w:rPr>
          <w:rFonts w:cs="Arial"/>
          <w:b/>
          <w:sz w:val="24"/>
          <w:szCs w:val="24"/>
          <w:lang w:val="sl-SI"/>
        </w:rPr>
        <w:t>0</w:t>
      </w:r>
      <w:r w:rsidRPr="00AA4829">
        <w:rPr>
          <w:rFonts w:cs="Arial"/>
          <w:b/>
          <w:sz w:val="24"/>
          <w:szCs w:val="24"/>
          <w:lang w:val="sl-SI"/>
        </w:rPr>
        <w:t>. člen</w:t>
      </w:r>
    </w:p>
    <w:p w14:paraId="6452CD9F" w14:textId="77777777" w:rsidR="008211AB" w:rsidRPr="00AA4829" w:rsidRDefault="00AE6992" w:rsidP="00AF209B">
      <w:pPr>
        <w:spacing w:after="120"/>
        <w:jc w:val="center"/>
        <w:rPr>
          <w:rFonts w:cs="Arial"/>
          <w:b/>
          <w:sz w:val="24"/>
          <w:szCs w:val="24"/>
          <w:lang w:val="sl-SI"/>
        </w:rPr>
      </w:pPr>
      <w:r w:rsidRPr="00AA4829">
        <w:rPr>
          <w:rFonts w:cs="Arial"/>
          <w:b/>
          <w:sz w:val="24"/>
          <w:szCs w:val="24"/>
          <w:lang w:val="sl-SI"/>
        </w:rPr>
        <w:t>(notranje spremljanje)</w:t>
      </w:r>
    </w:p>
    <w:p w14:paraId="57A73C41" w14:textId="5AAD1B1B" w:rsidR="008211AB" w:rsidRPr="00AA4829" w:rsidRDefault="00AE6992" w:rsidP="006F1AAC">
      <w:pPr>
        <w:spacing w:after="120"/>
        <w:jc w:val="both"/>
        <w:rPr>
          <w:rFonts w:cs="Arial"/>
          <w:bCs/>
          <w:sz w:val="24"/>
          <w:szCs w:val="24"/>
          <w:lang w:val="sl-SI"/>
        </w:rPr>
      </w:pPr>
      <w:r w:rsidRPr="00AA4829">
        <w:rPr>
          <w:rFonts w:cs="Arial"/>
          <w:bCs/>
          <w:sz w:val="24"/>
          <w:szCs w:val="24"/>
          <w:lang w:val="sl-SI"/>
        </w:rPr>
        <w:t>Šola med šolskim letom vsaj enkrat preveri stopnjo zadovoljstva dijakov</w:t>
      </w:r>
      <w:r w:rsidR="00987C17" w:rsidRPr="00AA4829">
        <w:rPr>
          <w:rFonts w:cs="Arial"/>
          <w:bCs/>
          <w:sz w:val="24"/>
          <w:szCs w:val="24"/>
          <w:lang w:val="sl-SI"/>
        </w:rPr>
        <w:t xml:space="preserve"> in staršev </w:t>
      </w:r>
      <w:r w:rsidRPr="00AA4829">
        <w:rPr>
          <w:rFonts w:cs="Arial"/>
          <w:bCs/>
          <w:sz w:val="24"/>
          <w:szCs w:val="24"/>
          <w:lang w:val="sl-SI"/>
        </w:rPr>
        <w:t>s šolsko prehrano in z dejavnostmi, s katerimi spodbuja zdravo prehranjevanje in kulturo prehranjevanja.</w:t>
      </w:r>
    </w:p>
    <w:p w14:paraId="45BF6E3E" w14:textId="311923B6" w:rsidR="008211AB" w:rsidRPr="00AA4829" w:rsidRDefault="00AE6992" w:rsidP="00AF209B">
      <w:pPr>
        <w:spacing w:after="0"/>
        <w:jc w:val="both"/>
        <w:rPr>
          <w:rFonts w:cs="Arial"/>
          <w:bCs/>
          <w:sz w:val="24"/>
          <w:szCs w:val="24"/>
          <w:lang w:val="es-MX"/>
        </w:rPr>
      </w:pPr>
      <w:r w:rsidRPr="00AA4829">
        <w:rPr>
          <w:rFonts w:cs="Arial"/>
          <w:bCs/>
          <w:sz w:val="24"/>
          <w:szCs w:val="24"/>
          <w:lang w:val="es-MX"/>
        </w:rPr>
        <w:t xml:space="preserve">Zadovoljstvo </w:t>
      </w:r>
      <w:r w:rsidR="00AF0EA8" w:rsidRPr="00AA4829">
        <w:rPr>
          <w:rFonts w:cs="Arial"/>
          <w:bCs/>
          <w:sz w:val="24"/>
          <w:szCs w:val="24"/>
          <w:lang w:val="es-MX"/>
        </w:rPr>
        <w:t>s šolsko prehrano</w:t>
      </w:r>
      <w:r w:rsidRPr="00AA4829">
        <w:rPr>
          <w:rFonts w:cs="Arial"/>
          <w:bCs/>
          <w:sz w:val="24"/>
          <w:szCs w:val="24"/>
          <w:lang w:val="es-MX"/>
        </w:rPr>
        <w:t xml:space="preserve"> se preveri z anketo</w:t>
      </w:r>
      <w:r w:rsidR="00AF0EA8" w:rsidRPr="00AA4829">
        <w:rPr>
          <w:rFonts w:cs="Arial"/>
          <w:bCs/>
          <w:sz w:val="24"/>
          <w:szCs w:val="24"/>
          <w:lang w:val="es-MX"/>
        </w:rPr>
        <w:t>.</w:t>
      </w:r>
    </w:p>
    <w:p w14:paraId="22A40B40" w14:textId="77777777" w:rsidR="001E6F3D" w:rsidRPr="00AA4829" w:rsidRDefault="001E6F3D" w:rsidP="001452E1">
      <w:pPr>
        <w:spacing w:after="0" w:line="240" w:lineRule="auto"/>
        <w:jc w:val="center"/>
        <w:rPr>
          <w:rFonts w:cs="Arial"/>
          <w:b/>
          <w:sz w:val="24"/>
          <w:szCs w:val="24"/>
          <w:lang w:val="es-MX"/>
        </w:rPr>
      </w:pPr>
    </w:p>
    <w:p w14:paraId="5BF51830" w14:textId="19565AE7" w:rsidR="008211AB" w:rsidRPr="00AA4829" w:rsidRDefault="00AE6992" w:rsidP="00AF209B">
      <w:pPr>
        <w:spacing w:after="0"/>
        <w:jc w:val="center"/>
        <w:rPr>
          <w:rFonts w:cs="Arial"/>
          <w:b/>
          <w:sz w:val="24"/>
          <w:szCs w:val="24"/>
          <w:lang w:val="es-MX"/>
        </w:rPr>
      </w:pPr>
      <w:r w:rsidRPr="00AA4829">
        <w:rPr>
          <w:rFonts w:cs="Arial"/>
          <w:b/>
          <w:sz w:val="24"/>
          <w:szCs w:val="24"/>
          <w:lang w:val="es-MX"/>
        </w:rPr>
        <w:t>1</w:t>
      </w:r>
      <w:r w:rsidR="00AF0EA8" w:rsidRPr="00AA4829">
        <w:rPr>
          <w:rFonts w:cs="Arial"/>
          <w:b/>
          <w:sz w:val="24"/>
          <w:szCs w:val="24"/>
          <w:lang w:val="es-MX"/>
        </w:rPr>
        <w:t>1</w:t>
      </w:r>
      <w:r w:rsidRPr="00AA4829">
        <w:rPr>
          <w:rFonts w:cs="Arial"/>
          <w:b/>
          <w:sz w:val="24"/>
          <w:szCs w:val="24"/>
          <w:lang w:val="es-MX"/>
        </w:rPr>
        <w:t>. člen</w:t>
      </w:r>
    </w:p>
    <w:p w14:paraId="64ADD735" w14:textId="3E84F1DE" w:rsidR="008211AB" w:rsidRPr="00AA4829" w:rsidRDefault="00AE6992" w:rsidP="00AF209B">
      <w:pPr>
        <w:spacing w:after="120"/>
        <w:jc w:val="center"/>
        <w:rPr>
          <w:rFonts w:cs="Arial"/>
          <w:bCs/>
          <w:sz w:val="24"/>
          <w:szCs w:val="24"/>
          <w:lang w:val="es-MX"/>
        </w:rPr>
      </w:pPr>
      <w:r w:rsidRPr="00AA4829">
        <w:rPr>
          <w:rFonts w:cs="Arial"/>
          <w:b/>
          <w:sz w:val="24"/>
          <w:szCs w:val="24"/>
          <w:lang w:val="es-MX"/>
        </w:rPr>
        <w:t xml:space="preserve">(evidentiranje </w:t>
      </w:r>
      <w:r w:rsidR="00DB6125" w:rsidRPr="00AA4829">
        <w:rPr>
          <w:rFonts w:cs="Arial"/>
          <w:b/>
          <w:sz w:val="24"/>
          <w:szCs w:val="24"/>
          <w:lang w:val="es-MX"/>
        </w:rPr>
        <w:t xml:space="preserve">šolske prehrane </w:t>
      </w:r>
      <w:r w:rsidRPr="00AA4829">
        <w:rPr>
          <w:rFonts w:cs="Arial"/>
          <w:b/>
          <w:sz w:val="24"/>
          <w:szCs w:val="24"/>
          <w:lang w:val="es-MX"/>
        </w:rPr>
        <w:t xml:space="preserve">in </w:t>
      </w:r>
      <w:r w:rsidR="00DB6125" w:rsidRPr="00AA4829">
        <w:rPr>
          <w:rFonts w:cs="Arial"/>
          <w:b/>
          <w:sz w:val="24"/>
          <w:szCs w:val="24"/>
          <w:lang w:val="es-MX"/>
        </w:rPr>
        <w:t>varstvo osebnih podatkov</w:t>
      </w:r>
      <w:r w:rsidRPr="00AA4829">
        <w:rPr>
          <w:rFonts w:cs="Arial"/>
          <w:bCs/>
          <w:sz w:val="24"/>
          <w:szCs w:val="24"/>
          <w:lang w:val="es-MX"/>
        </w:rPr>
        <w:t>)</w:t>
      </w:r>
    </w:p>
    <w:p w14:paraId="7C25EA10" w14:textId="044A95B8" w:rsidR="008211AB" w:rsidRPr="00AA4829" w:rsidRDefault="00AE6992" w:rsidP="00AF209B">
      <w:pPr>
        <w:spacing w:after="60"/>
        <w:jc w:val="both"/>
        <w:rPr>
          <w:rFonts w:cs="Arial"/>
          <w:bCs/>
          <w:sz w:val="24"/>
          <w:szCs w:val="24"/>
          <w:lang w:val="es-MX"/>
        </w:rPr>
      </w:pPr>
      <w:r w:rsidRPr="00AA4829">
        <w:rPr>
          <w:rFonts w:cs="Arial"/>
          <w:bCs/>
          <w:sz w:val="24"/>
          <w:szCs w:val="24"/>
          <w:lang w:val="es-MX"/>
        </w:rPr>
        <w:t>Šola vodi evidence šolske prehrane v skladu z Zakonom o šolski prehrani, predpisi o varstvu osebnih podatkov in drugimi veljavnimi predpisi.</w:t>
      </w:r>
    </w:p>
    <w:p w14:paraId="2A58F559" w14:textId="7B07A3A2" w:rsidR="002D36CC" w:rsidRPr="00AA4829" w:rsidRDefault="00DB6125" w:rsidP="001452E1">
      <w:pPr>
        <w:spacing w:after="0" w:line="240" w:lineRule="auto"/>
        <w:jc w:val="both"/>
        <w:rPr>
          <w:rFonts w:cs="Arial"/>
          <w:bCs/>
          <w:sz w:val="24"/>
          <w:szCs w:val="24"/>
          <w:lang w:val="es-MX"/>
        </w:rPr>
      </w:pPr>
      <w:r w:rsidRPr="00AA4829">
        <w:rPr>
          <w:rFonts w:cs="Arial"/>
          <w:bCs/>
          <w:sz w:val="24"/>
          <w:szCs w:val="24"/>
          <w:lang w:val="es-MX"/>
        </w:rPr>
        <w:t>Dostop do podatkov imajo le pooblaščene osebe. Pri izdelavi sta</w:t>
      </w:r>
      <w:r w:rsidR="00705B27">
        <w:rPr>
          <w:rFonts w:cs="Arial"/>
          <w:bCs/>
          <w:sz w:val="24"/>
          <w:szCs w:val="24"/>
          <w:lang w:val="es-MX"/>
        </w:rPr>
        <w:t>t</w:t>
      </w:r>
      <w:r w:rsidRPr="00AA4829">
        <w:rPr>
          <w:rFonts w:cs="Arial"/>
          <w:bCs/>
          <w:sz w:val="24"/>
          <w:szCs w:val="24"/>
          <w:lang w:val="es-MX"/>
        </w:rPr>
        <w:t>ističnih analiz anket se podatk</w:t>
      </w:r>
      <w:r w:rsidR="006D5BAC">
        <w:rPr>
          <w:rFonts w:cs="Arial"/>
          <w:bCs/>
          <w:sz w:val="24"/>
          <w:szCs w:val="24"/>
          <w:lang w:val="es-MX"/>
        </w:rPr>
        <w:t>i</w:t>
      </w:r>
      <w:r w:rsidRPr="00AA4829">
        <w:rPr>
          <w:rFonts w:cs="Arial"/>
          <w:bCs/>
          <w:sz w:val="24"/>
          <w:szCs w:val="24"/>
          <w:lang w:val="es-MX"/>
        </w:rPr>
        <w:t xml:space="preserve"> uporabljajo tako, da identiteta dijakov in staršev ni razvidna. </w:t>
      </w:r>
    </w:p>
    <w:p w14:paraId="45F82CEE" w14:textId="77777777" w:rsidR="001E6F3D" w:rsidRPr="00AA4829" w:rsidRDefault="001E6F3D" w:rsidP="001452E1">
      <w:pPr>
        <w:spacing w:after="0" w:line="240" w:lineRule="auto"/>
        <w:jc w:val="center"/>
        <w:rPr>
          <w:rFonts w:cs="Arial"/>
          <w:b/>
          <w:sz w:val="24"/>
          <w:szCs w:val="24"/>
          <w:lang w:val="es-MX"/>
        </w:rPr>
      </w:pPr>
    </w:p>
    <w:p w14:paraId="68AD0CF5" w14:textId="678A581B" w:rsidR="008211AB" w:rsidRPr="00AA4829" w:rsidRDefault="00AE6992" w:rsidP="00AF209B">
      <w:pPr>
        <w:spacing w:after="0"/>
        <w:jc w:val="center"/>
        <w:rPr>
          <w:rFonts w:cs="Arial"/>
          <w:b/>
          <w:sz w:val="24"/>
          <w:szCs w:val="24"/>
          <w:lang w:val="es-MX"/>
        </w:rPr>
      </w:pPr>
      <w:r w:rsidRPr="00AA4829">
        <w:rPr>
          <w:rFonts w:cs="Arial"/>
          <w:b/>
          <w:sz w:val="24"/>
          <w:szCs w:val="24"/>
          <w:lang w:val="es-MX"/>
        </w:rPr>
        <w:t>1</w:t>
      </w:r>
      <w:r w:rsidR="002771B0" w:rsidRPr="00AA4829">
        <w:rPr>
          <w:rFonts w:cs="Arial"/>
          <w:b/>
          <w:sz w:val="24"/>
          <w:szCs w:val="24"/>
          <w:lang w:val="es-MX"/>
        </w:rPr>
        <w:t>2</w:t>
      </w:r>
      <w:r w:rsidRPr="00AA4829">
        <w:rPr>
          <w:rFonts w:cs="Arial"/>
          <w:b/>
          <w:sz w:val="24"/>
          <w:szCs w:val="24"/>
          <w:lang w:val="es-MX"/>
        </w:rPr>
        <w:t>. člen</w:t>
      </w:r>
    </w:p>
    <w:p w14:paraId="51D6F097" w14:textId="1DF19F4C" w:rsidR="008211AB" w:rsidRPr="00AA4829" w:rsidRDefault="00AE6992" w:rsidP="00AF209B">
      <w:pPr>
        <w:spacing w:after="120"/>
        <w:jc w:val="center"/>
        <w:rPr>
          <w:rFonts w:cs="Arial"/>
          <w:b/>
          <w:sz w:val="24"/>
          <w:szCs w:val="24"/>
          <w:lang w:val="es-MX"/>
        </w:rPr>
      </w:pPr>
      <w:r w:rsidRPr="00AA4829">
        <w:rPr>
          <w:rFonts w:cs="Arial"/>
          <w:b/>
          <w:sz w:val="24"/>
          <w:szCs w:val="24"/>
          <w:lang w:val="es-MX"/>
        </w:rPr>
        <w:t>(prevzem obroka)</w:t>
      </w:r>
      <w:r w:rsidR="00760726" w:rsidRPr="00AA4829">
        <w:rPr>
          <w:rFonts w:cs="Arial"/>
          <w:b/>
          <w:sz w:val="24"/>
          <w:szCs w:val="24"/>
          <w:lang w:val="es-MX"/>
        </w:rPr>
        <w:t xml:space="preserve">  </w:t>
      </w:r>
    </w:p>
    <w:p w14:paraId="067D4621" w14:textId="2EC76910" w:rsidR="00DB6125" w:rsidRPr="00AA4829" w:rsidRDefault="00AE6992" w:rsidP="00AF209B">
      <w:pPr>
        <w:spacing w:after="60"/>
        <w:jc w:val="both"/>
        <w:rPr>
          <w:rFonts w:cs="Arial"/>
          <w:bCs/>
          <w:sz w:val="24"/>
          <w:szCs w:val="24"/>
          <w:lang w:val="es-MX"/>
        </w:rPr>
      </w:pPr>
      <w:r w:rsidRPr="00AA4829">
        <w:rPr>
          <w:rFonts w:cs="Arial"/>
          <w:bCs/>
          <w:sz w:val="24"/>
          <w:szCs w:val="24"/>
          <w:lang w:val="es-MX"/>
        </w:rPr>
        <w:t xml:space="preserve">Prevzem obroka je mogoč </w:t>
      </w:r>
      <w:r w:rsidR="00DB6125" w:rsidRPr="00AA4829">
        <w:rPr>
          <w:rFonts w:cs="Arial"/>
          <w:bCs/>
          <w:sz w:val="24"/>
          <w:szCs w:val="24"/>
          <w:lang w:val="es-MX"/>
        </w:rPr>
        <w:t xml:space="preserve">le z dijaško izkaznico ali čipom, če dijaške izkaznice </w:t>
      </w:r>
      <w:r w:rsidR="006A2B42" w:rsidRPr="00AA4829">
        <w:rPr>
          <w:rFonts w:cs="Arial"/>
          <w:bCs/>
          <w:sz w:val="24"/>
          <w:szCs w:val="24"/>
          <w:lang w:val="es-MX"/>
        </w:rPr>
        <w:t xml:space="preserve">dijak </w:t>
      </w:r>
      <w:r w:rsidR="00DB6125" w:rsidRPr="00AA4829">
        <w:rPr>
          <w:rFonts w:cs="Arial"/>
          <w:bCs/>
          <w:sz w:val="24"/>
          <w:szCs w:val="24"/>
          <w:lang w:val="es-MX"/>
        </w:rPr>
        <w:t>nima. Na delovišču</w:t>
      </w:r>
      <w:r w:rsidR="00705B27">
        <w:rPr>
          <w:rFonts w:cs="Arial"/>
          <w:bCs/>
          <w:sz w:val="24"/>
          <w:szCs w:val="24"/>
          <w:lang w:val="es-MX"/>
        </w:rPr>
        <w:t>,</w:t>
      </w:r>
      <w:r w:rsidR="00DB6125" w:rsidRPr="00AA4829">
        <w:rPr>
          <w:rFonts w:cs="Arial"/>
          <w:bCs/>
          <w:sz w:val="24"/>
          <w:szCs w:val="24"/>
          <w:lang w:val="es-MX"/>
        </w:rPr>
        <w:t xml:space="preserve"> kjer poteka praktični pouk</w:t>
      </w:r>
      <w:r w:rsidR="00705B27">
        <w:rPr>
          <w:rFonts w:cs="Arial"/>
          <w:bCs/>
          <w:sz w:val="24"/>
          <w:szCs w:val="24"/>
          <w:lang w:val="es-MX"/>
        </w:rPr>
        <w:t>,</w:t>
      </w:r>
      <w:r w:rsidR="00DB6125" w:rsidRPr="00AA4829">
        <w:rPr>
          <w:rFonts w:cs="Arial"/>
          <w:bCs/>
          <w:sz w:val="24"/>
          <w:szCs w:val="24"/>
          <w:lang w:val="es-MX"/>
        </w:rPr>
        <w:t xml:space="preserve"> lahko dijak malico p</w:t>
      </w:r>
      <w:r w:rsidR="00705B27">
        <w:rPr>
          <w:rFonts w:cs="Arial"/>
          <w:bCs/>
          <w:sz w:val="24"/>
          <w:szCs w:val="24"/>
          <w:lang w:val="es-MX"/>
        </w:rPr>
        <w:t>r</w:t>
      </w:r>
      <w:r w:rsidR="00DB6125" w:rsidRPr="00AA4829">
        <w:rPr>
          <w:rFonts w:cs="Arial"/>
          <w:bCs/>
          <w:sz w:val="24"/>
          <w:szCs w:val="24"/>
          <w:lang w:val="es-MX"/>
        </w:rPr>
        <w:t>evzame brez uporab</w:t>
      </w:r>
      <w:r w:rsidR="00705B27">
        <w:rPr>
          <w:rFonts w:cs="Arial"/>
          <w:bCs/>
          <w:sz w:val="24"/>
          <w:szCs w:val="24"/>
          <w:lang w:val="es-MX"/>
        </w:rPr>
        <w:t>e</w:t>
      </w:r>
      <w:r w:rsidR="00DB6125" w:rsidRPr="00AA4829">
        <w:rPr>
          <w:rFonts w:cs="Arial"/>
          <w:bCs/>
          <w:sz w:val="24"/>
          <w:szCs w:val="24"/>
          <w:lang w:val="es-MX"/>
        </w:rPr>
        <w:t xml:space="preserve"> kartice oz. čipa.  Evidenco o prevzeti malici na delovišču vodi učitelj</w:t>
      </w:r>
      <w:r w:rsidR="00705B27">
        <w:rPr>
          <w:rFonts w:cs="Arial"/>
          <w:bCs/>
          <w:sz w:val="24"/>
          <w:szCs w:val="24"/>
          <w:lang w:val="es-MX"/>
        </w:rPr>
        <w:t>,</w:t>
      </w:r>
      <w:r w:rsidR="00DB6125" w:rsidRPr="00AA4829">
        <w:rPr>
          <w:rFonts w:cs="Arial"/>
          <w:bCs/>
          <w:sz w:val="24"/>
          <w:szCs w:val="24"/>
          <w:lang w:val="es-MX"/>
        </w:rPr>
        <w:t xml:space="preserve"> zadolžen za posamezno skupino</w:t>
      </w:r>
      <w:r w:rsidR="002771B0" w:rsidRPr="00AA4829">
        <w:rPr>
          <w:rFonts w:cs="Arial"/>
          <w:bCs/>
          <w:sz w:val="24"/>
          <w:szCs w:val="24"/>
          <w:lang w:val="es-MX"/>
        </w:rPr>
        <w:t>.</w:t>
      </w:r>
    </w:p>
    <w:p w14:paraId="412F2768" w14:textId="77777777" w:rsidR="002771B0" w:rsidRPr="00AA4829" w:rsidRDefault="002771B0" w:rsidP="002771B0">
      <w:pPr>
        <w:spacing w:after="0" w:line="240" w:lineRule="auto"/>
        <w:jc w:val="both"/>
        <w:rPr>
          <w:rFonts w:cs="Arial"/>
          <w:bCs/>
          <w:sz w:val="24"/>
          <w:szCs w:val="24"/>
          <w:lang w:val="es-MX"/>
        </w:rPr>
      </w:pPr>
      <w:r w:rsidRPr="00AA4829">
        <w:rPr>
          <w:rFonts w:cs="Arial"/>
          <w:bCs/>
          <w:sz w:val="24"/>
          <w:szCs w:val="24"/>
          <w:lang w:val="es-MX"/>
        </w:rPr>
        <w:t>Če dijak dijaške izkaznice nima ali jo izgubi, je dolžan v računovodstvu pridobiti čip za registracijo prevzema malice.</w:t>
      </w:r>
    </w:p>
    <w:p w14:paraId="35F62F83" w14:textId="3DD0979F" w:rsidR="00DB6125" w:rsidRPr="00AA4829" w:rsidRDefault="002771B0" w:rsidP="002771B0">
      <w:pPr>
        <w:spacing w:after="0" w:line="240" w:lineRule="auto"/>
        <w:jc w:val="both"/>
        <w:rPr>
          <w:rFonts w:cs="Arial"/>
          <w:bCs/>
          <w:sz w:val="24"/>
          <w:szCs w:val="24"/>
          <w:lang w:val="es-MX"/>
        </w:rPr>
      </w:pPr>
      <w:r w:rsidRPr="00AA4829">
        <w:rPr>
          <w:rFonts w:cs="Arial"/>
          <w:bCs/>
          <w:sz w:val="24"/>
          <w:szCs w:val="24"/>
          <w:lang w:val="es-MX"/>
        </w:rPr>
        <w:t>Dijak za čip plača kavcijo po položnici. Ob prenehanju izobraževanja je dolžan čip vrniti v računovodstvo. Ob vračilu čipa se kavcija vrne.</w:t>
      </w:r>
    </w:p>
    <w:p w14:paraId="065583CF" w14:textId="63F7C990" w:rsidR="002771B0" w:rsidRPr="00AA4829" w:rsidRDefault="002771B0" w:rsidP="002771B0">
      <w:pPr>
        <w:spacing w:after="0" w:line="240" w:lineRule="auto"/>
        <w:jc w:val="both"/>
        <w:rPr>
          <w:rFonts w:cs="Arial"/>
          <w:bCs/>
          <w:sz w:val="24"/>
          <w:szCs w:val="24"/>
          <w:lang w:val="es-MX"/>
        </w:rPr>
      </w:pPr>
    </w:p>
    <w:p w14:paraId="30388DF7" w14:textId="7C7330A9" w:rsidR="003F28FE" w:rsidRPr="00AA4829" w:rsidRDefault="003F28FE" w:rsidP="00AF209B">
      <w:pPr>
        <w:rPr>
          <w:rFonts w:cs="Arial"/>
          <w:sz w:val="24"/>
          <w:szCs w:val="24"/>
          <w:lang w:val="es-MX"/>
        </w:rPr>
      </w:pPr>
    </w:p>
    <w:p w14:paraId="535845F5" w14:textId="1FB4B63A" w:rsidR="008211AB" w:rsidRPr="00AA4829" w:rsidRDefault="00AE6992" w:rsidP="002771B0">
      <w:pPr>
        <w:pStyle w:val="Naslov1"/>
        <w:spacing w:before="0" w:line="240" w:lineRule="auto"/>
        <w:jc w:val="center"/>
        <w:rPr>
          <w:rFonts w:ascii="Arial" w:hAnsi="Arial" w:cs="Arial"/>
          <w:bCs w:val="0"/>
          <w:color w:val="auto"/>
          <w:szCs w:val="24"/>
          <w:lang w:val="es-MX"/>
        </w:rPr>
      </w:pPr>
      <w:r w:rsidRPr="00AA4829">
        <w:rPr>
          <w:rFonts w:ascii="Arial" w:hAnsi="Arial" w:cs="Arial"/>
          <w:bCs w:val="0"/>
          <w:color w:val="auto"/>
          <w:szCs w:val="24"/>
          <w:lang w:val="es-MX"/>
        </w:rPr>
        <w:t>SUBVENCIONIRANJE ŠOLSKE PREHRANE</w:t>
      </w:r>
    </w:p>
    <w:p w14:paraId="2D1C8AD5" w14:textId="77777777" w:rsidR="001E6F3D" w:rsidRPr="00AA4829" w:rsidRDefault="001E6F3D" w:rsidP="001452E1">
      <w:pPr>
        <w:spacing w:after="0" w:line="240" w:lineRule="auto"/>
        <w:jc w:val="center"/>
        <w:rPr>
          <w:rFonts w:cs="Arial"/>
          <w:b/>
          <w:sz w:val="24"/>
          <w:szCs w:val="24"/>
          <w:lang w:val="es-MX"/>
        </w:rPr>
      </w:pPr>
    </w:p>
    <w:p w14:paraId="7C80A37D" w14:textId="6FC106B8" w:rsidR="008211AB" w:rsidRPr="00AA4829" w:rsidRDefault="00AE6992" w:rsidP="00AF209B">
      <w:pPr>
        <w:spacing w:after="0"/>
        <w:jc w:val="center"/>
        <w:rPr>
          <w:rFonts w:cs="Arial"/>
          <w:b/>
          <w:sz w:val="24"/>
          <w:szCs w:val="24"/>
          <w:lang w:val="es-MX"/>
        </w:rPr>
      </w:pPr>
      <w:r w:rsidRPr="00AA4829">
        <w:rPr>
          <w:rFonts w:cs="Arial"/>
          <w:b/>
          <w:sz w:val="24"/>
          <w:szCs w:val="24"/>
          <w:lang w:val="es-MX"/>
        </w:rPr>
        <w:t>1</w:t>
      </w:r>
      <w:r w:rsidR="002771B0" w:rsidRPr="00AA4829">
        <w:rPr>
          <w:rFonts w:cs="Arial"/>
          <w:b/>
          <w:sz w:val="24"/>
          <w:szCs w:val="24"/>
          <w:lang w:val="es-MX"/>
        </w:rPr>
        <w:t>3</w:t>
      </w:r>
      <w:r w:rsidRPr="00AA4829">
        <w:rPr>
          <w:rFonts w:cs="Arial"/>
          <w:b/>
          <w:sz w:val="24"/>
          <w:szCs w:val="24"/>
          <w:lang w:val="es-MX"/>
        </w:rPr>
        <w:t>. člen</w:t>
      </w:r>
    </w:p>
    <w:p w14:paraId="6E0CEA4B" w14:textId="54A26539" w:rsidR="008211AB" w:rsidRPr="00AA4829" w:rsidRDefault="00AE6992" w:rsidP="00AF209B">
      <w:pPr>
        <w:spacing w:after="120"/>
        <w:jc w:val="center"/>
        <w:rPr>
          <w:rFonts w:cs="Arial"/>
          <w:b/>
          <w:sz w:val="24"/>
          <w:szCs w:val="24"/>
          <w:lang w:val="es-MX"/>
        </w:rPr>
      </w:pPr>
      <w:r w:rsidRPr="00AA4829">
        <w:rPr>
          <w:rFonts w:cs="Arial"/>
          <w:b/>
          <w:sz w:val="24"/>
          <w:szCs w:val="24"/>
          <w:lang w:val="es-MX"/>
        </w:rPr>
        <w:t>(</w:t>
      </w:r>
      <w:r w:rsidR="002771B0" w:rsidRPr="00AA4829">
        <w:rPr>
          <w:rFonts w:cs="Arial"/>
          <w:b/>
          <w:sz w:val="24"/>
          <w:szCs w:val="24"/>
          <w:lang w:val="es-MX"/>
        </w:rPr>
        <w:t>subvencija</w:t>
      </w:r>
      <w:r w:rsidRPr="00AA4829">
        <w:rPr>
          <w:rFonts w:cs="Arial"/>
          <w:b/>
          <w:sz w:val="24"/>
          <w:szCs w:val="24"/>
          <w:lang w:val="es-MX"/>
        </w:rPr>
        <w:t xml:space="preserve"> malice)</w:t>
      </w:r>
    </w:p>
    <w:p w14:paraId="50A24C27" w14:textId="77777777" w:rsidR="006A2B42" w:rsidRPr="00AA4829" w:rsidRDefault="006A2B42" w:rsidP="002771B0">
      <w:pPr>
        <w:spacing w:after="0" w:line="240" w:lineRule="auto"/>
        <w:jc w:val="both"/>
        <w:rPr>
          <w:rFonts w:eastAsia="Calibri" w:cs="Arial"/>
          <w:bCs/>
          <w:sz w:val="24"/>
          <w:szCs w:val="24"/>
          <w:lang w:val="sl-SI"/>
        </w:rPr>
      </w:pPr>
    </w:p>
    <w:p w14:paraId="1D830650" w14:textId="3A4AEBBD" w:rsidR="006418E6" w:rsidRPr="00AA4829" w:rsidRDefault="006418E6" w:rsidP="002771B0">
      <w:pPr>
        <w:spacing w:after="0" w:line="240" w:lineRule="auto"/>
        <w:jc w:val="both"/>
        <w:rPr>
          <w:rFonts w:eastAsia="Calibri" w:cs="Arial"/>
          <w:bCs/>
          <w:sz w:val="24"/>
          <w:szCs w:val="24"/>
          <w:lang w:val="sl-SI"/>
        </w:rPr>
      </w:pPr>
      <w:r w:rsidRPr="00AA4829">
        <w:rPr>
          <w:rFonts w:eastAsia="Calibri" w:cs="Arial"/>
          <w:bCs/>
          <w:sz w:val="24"/>
          <w:szCs w:val="24"/>
          <w:lang w:val="sl-SI"/>
        </w:rPr>
        <w:t>Subvencioniranje šolske prehrane se izvaja v skla</w:t>
      </w:r>
      <w:r w:rsidR="008048D3" w:rsidRPr="00AA4829">
        <w:rPr>
          <w:rFonts w:eastAsia="Calibri" w:cs="Arial"/>
          <w:bCs/>
          <w:sz w:val="24"/>
          <w:szCs w:val="24"/>
          <w:lang w:val="sl-SI"/>
        </w:rPr>
        <w:t>du z Zakonom o šolski prehrani.</w:t>
      </w:r>
    </w:p>
    <w:p w14:paraId="67428AAC" w14:textId="7814BDF4" w:rsidR="008048D3" w:rsidRPr="00AA4829" w:rsidRDefault="008048D3" w:rsidP="002771B0">
      <w:pPr>
        <w:spacing w:after="0" w:line="240" w:lineRule="auto"/>
        <w:jc w:val="both"/>
        <w:rPr>
          <w:rFonts w:eastAsia="Calibri" w:cs="Arial"/>
          <w:bCs/>
          <w:sz w:val="24"/>
          <w:szCs w:val="24"/>
          <w:lang w:val="sl-SI"/>
        </w:rPr>
      </w:pPr>
      <w:r w:rsidRPr="00AA4829">
        <w:rPr>
          <w:rFonts w:eastAsia="Calibri" w:cs="Arial"/>
          <w:bCs/>
          <w:sz w:val="24"/>
          <w:szCs w:val="24"/>
          <w:lang w:val="sl-SI"/>
        </w:rPr>
        <w:lastRenderedPageBreak/>
        <w:t>Dijaki imajo pravico do subvencije za malico za vsak dan prisotnosti pri pouku,</w:t>
      </w:r>
      <w:r w:rsidR="00705B27">
        <w:rPr>
          <w:rFonts w:eastAsia="Calibri" w:cs="Arial"/>
          <w:bCs/>
          <w:sz w:val="24"/>
          <w:szCs w:val="24"/>
          <w:lang w:val="sl-SI"/>
        </w:rPr>
        <w:t xml:space="preserve"> na</w:t>
      </w:r>
      <w:r w:rsidRPr="00AA4829">
        <w:rPr>
          <w:rFonts w:eastAsia="Calibri" w:cs="Arial"/>
          <w:bCs/>
          <w:sz w:val="24"/>
          <w:szCs w:val="24"/>
          <w:lang w:val="sl-SI"/>
        </w:rPr>
        <w:t xml:space="preserve"> strokovnih ekskurzijah, športnih in kulturnih dnevih ter obveznem delu obveznih izbirnih vsebin oz. interesnih dejavnosti, ki jih izvaja šola v skladu s šolskim koledarjem.</w:t>
      </w:r>
    </w:p>
    <w:p w14:paraId="236ACD32" w14:textId="34E96E41" w:rsidR="000F6EB4" w:rsidRDefault="000F6EB4">
      <w:pPr>
        <w:rPr>
          <w:rFonts w:cs="Arial"/>
          <w:b/>
          <w:sz w:val="24"/>
          <w:szCs w:val="24"/>
          <w:lang w:val="es-MX"/>
        </w:rPr>
      </w:pPr>
    </w:p>
    <w:p w14:paraId="019D45F3" w14:textId="20BD90DA" w:rsidR="008211AB" w:rsidRPr="00AA4829" w:rsidRDefault="003A39C1" w:rsidP="00C92854">
      <w:pPr>
        <w:spacing w:after="0"/>
        <w:jc w:val="center"/>
        <w:rPr>
          <w:rFonts w:cs="Arial"/>
          <w:b/>
          <w:sz w:val="24"/>
          <w:szCs w:val="24"/>
          <w:lang w:val="es-MX"/>
        </w:rPr>
      </w:pPr>
      <w:r w:rsidRPr="00AA4829">
        <w:rPr>
          <w:rFonts w:cs="Arial"/>
          <w:b/>
          <w:sz w:val="24"/>
          <w:szCs w:val="24"/>
          <w:lang w:val="es-MX"/>
        </w:rPr>
        <w:t>14</w:t>
      </w:r>
      <w:r w:rsidR="00AE6992" w:rsidRPr="00AA4829">
        <w:rPr>
          <w:rFonts w:cs="Arial"/>
          <w:b/>
          <w:sz w:val="24"/>
          <w:szCs w:val="24"/>
          <w:lang w:val="es-MX"/>
        </w:rPr>
        <w:t>. člen</w:t>
      </w:r>
    </w:p>
    <w:p w14:paraId="09913EB7" w14:textId="77777777" w:rsidR="008211AB" w:rsidRPr="00AA4829" w:rsidRDefault="00AE6992" w:rsidP="00C92854">
      <w:pPr>
        <w:spacing w:after="120"/>
        <w:jc w:val="center"/>
        <w:rPr>
          <w:rFonts w:cs="Arial"/>
          <w:b/>
          <w:sz w:val="24"/>
          <w:szCs w:val="24"/>
          <w:lang w:val="es-MX"/>
        </w:rPr>
      </w:pPr>
      <w:r w:rsidRPr="00AA4829">
        <w:rPr>
          <w:rFonts w:cs="Arial"/>
          <w:b/>
          <w:sz w:val="24"/>
          <w:szCs w:val="24"/>
          <w:lang w:val="es-MX"/>
        </w:rPr>
        <w:t>(začetek veljavnosti)</w:t>
      </w:r>
    </w:p>
    <w:p w14:paraId="06932294" w14:textId="3519115E" w:rsidR="00A97D01" w:rsidRPr="00AA4829" w:rsidRDefault="00A97D01" w:rsidP="00A97D01">
      <w:pPr>
        <w:autoSpaceDE w:val="0"/>
        <w:autoSpaceDN w:val="0"/>
        <w:adjustRightInd w:val="0"/>
        <w:spacing w:after="0" w:line="240" w:lineRule="auto"/>
        <w:rPr>
          <w:rFonts w:cs="Arial"/>
          <w:bCs/>
          <w:color w:val="000000"/>
          <w:sz w:val="24"/>
          <w:szCs w:val="24"/>
          <w:lang w:eastAsia="sl-SI"/>
        </w:rPr>
      </w:pPr>
      <w:r w:rsidRPr="00AA4829">
        <w:rPr>
          <w:rFonts w:cs="Arial"/>
          <w:bCs/>
          <w:color w:val="000000"/>
          <w:sz w:val="24"/>
          <w:szCs w:val="24"/>
          <w:lang w:eastAsia="sl-SI"/>
        </w:rPr>
        <w:t xml:space="preserve">Pravila je pripravila ravnateljica </w:t>
      </w:r>
      <w:r w:rsidR="00867C3B">
        <w:rPr>
          <w:rFonts w:cs="Arial"/>
          <w:bCs/>
          <w:color w:val="000000"/>
          <w:sz w:val="24"/>
          <w:szCs w:val="24"/>
          <w:lang w:eastAsia="sl-SI"/>
        </w:rPr>
        <w:t>Martina Kralj</w:t>
      </w:r>
      <w:r w:rsidRPr="00AA4829">
        <w:rPr>
          <w:rFonts w:cs="Arial"/>
          <w:bCs/>
          <w:color w:val="000000"/>
          <w:sz w:val="24"/>
          <w:szCs w:val="24"/>
          <w:lang w:eastAsia="sl-SI"/>
        </w:rPr>
        <w:t xml:space="preserve"> in so bila obravnavana:</w:t>
      </w:r>
    </w:p>
    <w:p w14:paraId="0A2B801F" w14:textId="76FFB35D" w:rsidR="00A97D01" w:rsidRPr="00AA4829" w:rsidRDefault="00A97D01" w:rsidP="00A97D01">
      <w:pPr>
        <w:autoSpaceDE w:val="0"/>
        <w:autoSpaceDN w:val="0"/>
        <w:adjustRightInd w:val="0"/>
        <w:spacing w:after="0" w:line="240" w:lineRule="auto"/>
        <w:rPr>
          <w:rFonts w:cs="Arial"/>
          <w:bCs/>
          <w:color w:val="000000"/>
          <w:sz w:val="24"/>
          <w:szCs w:val="24"/>
          <w:lang w:eastAsia="sl-SI"/>
        </w:rPr>
      </w:pPr>
      <w:r w:rsidRPr="00AA4829">
        <w:rPr>
          <w:rFonts w:cs="Arial"/>
          <w:bCs/>
          <w:color w:val="000000"/>
          <w:sz w:val="24"/>
          <w:szCs w:val="24"/>
          <w:lang w:eastAsia="sl-SI"/>
        </w:rPr>
        <w:t>- na seji učiteljskega zbora</w:t>
      </w:r>
      <w:r w:rsidR="00705B27">
        <w:rPr>
          <w:rFonts w:cs="Arial"/>
          <w:bCs/>
          <w:color w:val="000000"/>
          <w:sz w:val="24"/>
          <w:szCs w:val="24"/>
          <w:lang w:eastAsia="sl-SI"/>
        </w:rPr>
        <w:t>,</w:t>
      </w:r>
      <w:r w:rsidRPr="00AA4829">
        <w:rPr>
          <w:rFonts w:cs="Arial"/>
          <w:bCs/>
          <w:color w:val="000000"/>
          <w:sz w:val="24"/>
          <w:szCs w:val="24"/>
          <w:lang w:eastAsia="sl-SI"/>
        </w:rPr>
        <w:t xml:space="preserve"> dne </w:t>
      </w:r>
      <w:r w:rsidR="00867C3B">
        <w:rPr>
          <w:rFonts w:cs="Arial"/>
          <w:bCs/>
          <w:color w:val="000000"/>
          <w:sz w:val="24"/>
          <w:szCs w:val="24"/>
          <w:lang w:eastAsia="sl-SI"/>
        </w:rPr>
        <w:t>21</w:t>
      </w:r>
      <w:r w:rsidRPr="00AA4829">
        <w:rPr>
          <w:rFonts w:cs="Arial"/>
          <w:bCs/>
          <w:color w:val="000000"/>
          <w:sz w:val="24"/>
          <w:szCs w:val="24"/>
          <w:lang w:eastAsia="sl-SI"/>
        </w:rPr>
        <w:t>. 9. 2026,</w:t>
      </w:r>
    </w:p>
    <w:p w14:paraId="1C7E004D" w14:textId="2ADABF0E" w:rsidR="00A97D01" w:rsidRPr="00AA4829" w:rsidRDefault="00A97D01" w:rsidP="00A97D01">
      <w:pPr>
        <w:autoSpaceDE w:val="0"/>
        <w:autoSpaceDN w:val="0"/>
        <w:adjustRightInd w:val="0"/>
        <w:spacing w:after="0" w:line="240" w:lineRule="auto"/>
        <w:rPr>
          <w:rFonts w:cs="Arial"/>
          <w:bCs/>
          <w:color w:val="000000"/>
          <w:sz w:val="24"/>
          <w:szCs w:val="24"/>
          <w:lang w:eastAsia="sl-SI"/>
        </w:rPr>
      </w:pPr>
      <w:r w:rsidRPr="00AA4829">
        <w:rPr>
          <w:rFonts w:cs="Arial"/>
          <w:bCs/>
          <w:color w:val="000000"/>
          <w:sz w:val="24"/>
          <w:szCs w:val="24"/>
          <w:lang w:eastAsia="sl-SI"/>
        </w:rPr>
        <w:t>- na dijaški skupnosti</w:t>
      </w:r>
      <w:r w:rsidR="00705B27">
        <w:rPr>
          <w:rFonts w:cs="Arial"/>
          <w:bCs/>
          <w:color w:val="000000"/>
          <w:sz w:val="24"/>
          <w:szCs w:val="24"/>
          <w:lang w:eastAsia="sl-SI"/>
        </w:rPr>
        <w:t>,</w:t>
      </w:r>
      <w:r w:rsidRPr="00AA4829">
        <w:rPr>
          <w:rFonts w:cs="Arial"/>
          <w:bCs/>
          <w:color w:val="000000"/>
          <w:sz w:val="24"/>
          <w:szCs w:val="24"/>
          <w:lang w:eastAsia="sl-SI"/>
        </w:rPr>
        <w:t xml:space="preserve"> dne </w:t>
      </w:r>
      <w:r w:rsidR="00D917C7">
        <w:rPr>
          <w:rFonts w:cs="Arial"/>
          <w:bCs/>
          <w:color w:val="000000"/>
          <w:sz w:val="24"/>
          <w:szCs w:val="24"/>
          <w:lang w:eastAsia="sl-SI"/>
        </w:rPr>
        <w:t>25. 9. 2026</w:t>
      </w:r>
      <w:r w:rsidRPr="00AA4829">
        <w:rPr>
          <w:rFonts w:cs="Arial"/>
          <w:bCs/>
          <w:color w:val="000000"/>
          <w:sz w:val="24"/>
          <w:szCs w:val="24"/>
          <w:lang w:eastAsia="sl-SI"/>
        </w:rPr>
        <w:t xml:space="preserve"> in </w:t>
      </w:r>
    </w:p>
    <w:p w14:paraId="52E747C1" w14:textId="32F640F9" w:rsidR="00A97D01" w:rsidRPr="00AA4829" w:rsidRDefault="00A97D01" w:rsidP="00A97D01">
      <w:pPr>
        <w:autoSpaceDE w:val="0"/>
        <w:autoSpaceDN w:val="0"/>
        <w:adjustRightInd w:val="0"/>
        <w:spacing w:after="0" w:line="240" w:lineRule="auto"/>
        <w:rPr>
          <w:rFonts w:cs="Arial"/>
          <w:bCs/>
          <w:color w:val="000000"/>
          <w:sz w:val="24"/>
          <w:szCs w:val="24"/>
          <w:lang w:eastAsia="sl-SI"/>
        </w:rPr>
      </w:pPr>
      <w:r w:rsidRPr="00AA4829">
        <w:rPr>
          <w:rFonts w:cs="Arial"/>
          <w:bCs/>
          <w:color w:val="000000"/>
          <w:sz w:val="24"/>
          <w:szCs w:val="24"/>
          <w:lang w:eastAsia="sl-SI"/>
        </w:rPr>
        <w:t>- na seji Sveta staršev</w:t>
      </w:r>
      <w:r w:rsidR="00705B27">
        <w:rPr>
          <w:rFonts w:cs="Arial"/>
          <w:bCs/>
          <w:color w:val="000000"/>
          <w:sz w:val="24"/>
          <w:szCs w:val="24"/>
          <w:lang w:eastAsia="sl-SI"/>
        </w:rPr>
        <w:t>,</w:t>
      </w:r>
      <w:r w:rsidRPr="00AA4829">
        <w:rPr>
          <w:rFonts w:cs="Arial"/>
          <w:bCs/>
          <w:color w:val="000000"/>
          <w:sz w:val="24"/>
          <w:szCs w:val="24"/>
          <w:lang w:eastAsia="sl-SI"/>
        </w:rPr>
        <w:t xml:space="preserve"> dne 2</w:t>
      </w:r>
      <w:r w:rsidR="00867C3B">
        <w:rPr>
          <w:rFonts w:cs="Arial"/>
          <w:bCs/>
          <w:color w:val="000000"/>
          <w:sz w:val="24"/>
          <w:szCs w:val="24"/>
          <w:lang w:eastAsia="sl-SI"/>
        </w:rPr>
        <w:t>1</w:t>
      </w:r>
      <w:r w:rsidRPr="00AA4829">
        <w:rPr>
          <w:rFonts w:cs="Arial"/>
          <w:bCs/>
          <w:color w:val="000000"/>
          <w:sz w:val="24"/>
          <w:szCs w:val="24"/>
          <w:lang w:eastAsia="sl-SI"/>
        </w:rPr>
        <w:t>. 9. 2026.</w:t>
      </w:r>
    </w:p>
    <w:p w14:paraId="07452AC5" w14:textId="77777777" w:rsidR="00A97D01" w:rsidRPr="00AA4829" w:rsidRDefault="00A97D01" w:rsidP="00A97D01">
      <w:pPr>
        <w:autoSpaceDE w:val="0"/>
        <w:autoSpaceDN w:val="0"/>
        <w:adjustRightInd w:val="0"/>
        <w:spacing w:after="0" w:line="240" w:lineRule="auto"/>
        <w:rPr>
          <w:rFonts w:cs="Arial"/>
          <w:bCs/>
          <w:color w:val="000000"/>
          <w:sz w:val="24"/>
          <w:szCs w:val="24"/>
          <w:lang w:eastAsia="sl-SI"/>
        </w:rPr>
      </w:pPr>
    </w:p>
    <w:p w14:paraId="06DB1457" w14:textId="77777777" w:rsidR="00A97D01" w:rsidRPr="00AA4829" w:rsidRDefault="00A97D01" w:rsidP="00A97D01">
      <w:pPr>
        <w:autoSpaceDE w:val="0"/>
        <w:autoSpaceDN w:val="0"/>
        <w:adjustRightInd w:val="0"/>
        <w:spacing w:after="0" w:line="240" w:lineRule="auto"/>
        <w:rPr>
          <w:rFonts w:cs="Arial"/>
          <w:bCs/>
          <w:color w:val="000000"/>
          <w:sz w:val="24"/>
          <w:szCs w:val="24"/>
          <w:lang w:eastAsia="sl-SI"/>
        </w:rPr>
      </w:pPr>
    </w:p>
    <w:p w14:paraId="48E96EC3" w14:textId="2BEA792A" w:rsidR="003F28FE" w:rsidRDefault="00A97D01" w:rsidP="00A97D01">
      <w:pPr>
        <w:autoSpaceDE w:val="0"/>
        <w:autoSpaceDN w:val="0"/>
        <w:adjustRightInd w:val="0"/>
        <w:spacing w:after="0" w:line="240" w:lineRule="auto"/>
        <w:rPr>
          <w:rFonts w:cs="Arial"/>
          <w:bCs/>
          <w:color w:val="000000"/>
          <w:sz w:val="24"/>
          <w:szCs w:val="24"/>
          <w:lang w:eastAsia="sl-SI"/>
        </w:rPr>
      </w:pPr>
      <w:r w:rsidRPr="00AA4829">
        <w:rPr>
          <w:rFonts w:cs="Arial"/>
          <w:bCs/>
          <w:color w:val="000000"/>
          <w:sz w:val="24"/>
          <w:szCs w:val="24"/>
          <w:lang w:eastAsia="sl-SI"/>
        </w:rPr>
        <w:t xml:space="preserve">Pravila o šolski prehrani je sprejel </w:t>
      </w:r>
      <w:r w:rsidR="00705B27">
        <w:rPr>
          <w:rFonts w:cs="Arial"/>
          <w:bCs/>
          <w:color w:val="000000"/>
          <w:sz w:val="24"/>
          <w:szCs w:val="24"/>
          <w:lang w:eastAsia="sl-SI"/>
        </w:rPr>
        <w:t>S</w:t>
      </w:r>
      <w:r w:rsidRPr="00AA4829">
        <w:rPr>
          <w:rFonts w:cs="Arial"/>
          <w:bCs/>
          <w:color w:val="000000"/>
          <w:sz w:val="24"/>
          <w:szCs w:val="24"/>
          <w:lang w:eastAsia="sl-SI"/>
        </w:rPr>
        <w:t xml:space="preserve">vet </w:t>
      </w:r>
      <w:r w:rsidR="00705B27">
        <w:rPr>
          <w:rFonts w:cs="Arial"/>
          <w:bCs/>
          <w:color w:val="000000"/>
          <w:sz w:val="24"/>
          <w:szCs w:val="24"/>
          <w:lang w:eastAsia="sl-SI"/>
        </w:rPr>
        <w:t>z</w:t>
      </w:r>
      <w:r w:rsidR="004274C1">
        <w:rPr>
          <w:rFonts w:cs="Arial"/>
          <w:bCs/>
          <w:color w:val="000000"/>
          <w:sz w:val="24"/>
          <w:szCs w:val="24"/>
          <w:lang w:eastAsia="sl-SI"/>
        </w:rPr>
        <w:t>a</w:t>
      </w:r>
      <w:r w:rsidRPr="00AA4829">
        <w:rPr>
          <w:rFonts w:cs="Arial"/>
          <w:bCs/>
          <w:color w:val="000000"/>
          <w:sz w:val="24"/>
          <w:szCs w:val="24"/>
          <w:lang w:eastAsia="sl-SI"/>
        </w:rPr>
        <w:t>voda na seji</w:t>
      </w:r>
      <w:r w:rsidR="004274C1">
        <w:rPr>
          <w:rFonts w:cs="Arial"/>
          <w:bCs/>
          <w:color w:val="000000"/>
          <w:sz w:val="24"/>
          <w:szCs w:val="24"/>
          <w:lang w:eastAsia="sl-SI"/>
        </w:rPr>
        <w:t>,</w:t>
      </w:r>
      <w:r w:rsidR="003F28FE">
        <w:rPr>
          <w:rFonts w:cs="Arial"/>
          <w:bCs/>
          <w:color w:val="000000"/>
          <w:sz w:val="24"/>
          <w:szCs w:val="24"/>
          <w:lang w:eastAsia="sl-SI"/>
        </w:rPr>
        <w:t xml:space="preserve"> dne </w:t>
      </w:r>
      <w:r w:rsidR="00975ACD">
        <w:rPr>
          <w:rFonts w:cs="Arial"/>
          <w:bCs/>
          <w:color w:val="000000"/>
          <w:sz w:val="24"/>
          <w:szCs w:val="24"/>
          <w:lang w:eastAsia="sl-SI"/>
        </w:rPr>
        <w:t>25. 9. 2026</w:t>
      </w:r>
    </w:p>
    <w:p w14:paraId="1F183317" w14:textId="098431D5" w:rsidR="00A97D01" w:rsidRPr="00AA4829" w:rsidRDefault="00A97D01" w:rsidP="00A97D01">
      <w:pPr>
        <w:autoSpaceDE w:val="0"/>
        <w:autoSpaceDN w:val="0"/>
        <w:adjustRightInd w:val="0"/>
        <w:spacing w:after="0" w:line="240" w:lineRule="auto"/>
        <w:rPr>
          <w:rFonts w:cs="Arial"/>
          <w:color w:val="000000"/>
          <w:sz w:val="24"/>
          <w:szCs w:val="24"/>
          <w:lang w:eastAsia="sl-SI"/>
        </w:rPr>
      </w:pPr>
      <w:r w:rsidRPr="00AA4829">
        <w:rPr>
          <w:rFonts w:cs="Arial"/>
          <w:bCs/>
          <w:color w:val="000000"/>
          <w:sz w:val="24"/>
          <w:szCs w:val="24"/>
          <w:lang w:eastAsia="sl-SI"/>
        </w:rPr>
        <w:t xml:space="preserve">Ta pravila začnejo veljati z dnem </w:t>
      </w:r>
      <w:r w:rsidR="00975ACD">
        <w:rPr>
          <w:rFonts w:cs="Arial"/>
          <w:bCs/>
          <w:color w:val="000000"/>
          <w:sz w:val="24"/>
          <w:szCs w:val="24"/>
          <w:lang w:eastAsia="sl-SI"/>
        </w:rPr>
        <w:t>1. 10. 2026</w:t>
      </w:r>
      <w:r w:rsidRPr="00AA4829">
        <w:rPr>
          <w:rFonts w:cs="Arial"/>
          <w:bCs/>
          <w:color w:val="000000"/>
          <w:sz w:val="24"/>
          <w:szCs w:val="24"/>
          <w:lang w:eastAsia="sl-SI"/>
        </w:rPr>
        <w:t>.</w:t>
      </w:r>
    </w:p>
    <w:p w14:paraId="01F8BA2F" w14:textId="77777777" w:rsidR="0007605A" w:rsidRPr="00AA4829" w:rsidRDefault="0007605A" w:rsidP="001452E1">
      <w:pPr>
        <w:spacing w:after="0" w:line="240" w:lineRule="auto"/>
        <w:jc w:val="both"/>
        <w:rPr>
          <w:rFonts w:cs="Arial"/>
          <w:bCs/>
          <w:color w:val="FF0000"/>
          <w:sz w:val="24"/>
          <w:szCs w:val="24"/>
          <w:lang w:val="es-MX"/>
        </w:rPr>
      </w:pPr>
    </w:p>
    <w:p w14:paraId="78799931" w14:textId="7C39B03C" w:rsidR="00AC0AEC" w:rsidRDefault="00AC0AEC" w:rsidP="001452E1">
      <w:pPr>
        <w:spacing w:after="0" w:line="240" w:lineRule="auto"/>
        <w:jc w:val="both"/>
        <w:rPr>
          <w:rFonts w:cs="Arial"/>
          <w:bCs/>
          <w:color w:val="FF0000"/>
          <w:sz w:val="24"/>
          <w:szCs w:val="24"/>
          <w:lang w:val="es-MX"/>
        </w:rPr>
      </w:pPr>
    </w:p>
    <w:p w14:paraId="4C2AFA10" w14:textId="77777777" w:rsidR="000F6EB4" w:rsidRPr="00AA4829" w:rsidRDefault="000F6EB4" w:rsidP="001452E1">
      <w:pPr>
        <w:spacing w:after="0" w:line="240" w:lineRule="auto"/>
        <w:jc w:val="both"/>
        <w:rPr>
          <w:rFonts w:cs="Arial"/>
          <w:bCs/>
          <w:color w:val="FF0000"/>
          <w:sz w:val="24"/>
          <w:szCs w:val="24"/>
          <w:lang w:val="es-MX"/>
        </w:rPr>
      </w:pPr>
    </w:p>
    <w:p w14:paraId="7C8A1EB0" w14:textId="59C845D7" w:rsidR="00AC0AEC" w:rsidRPr="00AA4829" w:rsidRDefault="00AC0AEC" w:rsidP="001452E1">
      <w:pPr>
        <w:spacing w:after="0" w:line="240" w:lineRule="auto"/>
        <w:jc w:val="both"/>
        <w:rPr>
          <w:rFonts w:cs="Arial"/>
          <w:bCs/>
          <w:color w:val="FF0000"/>
          <w:sz w:val="24"/>
          <w:szCs w:val="24"/>
          <w:lang w:val="es-MX"/>
        </w:rPr>
      </w:pPr>
    </w:p>
    <w:p w14:paraId="732C2557" w14:textId="7FA16B72" w:rsidR="00AC0AEC" w:rsidRPr="00AA4829" w:rsidRDefault="00AC0AEC" w:rsidP="001452E1">
      <w:pPr>
        <w:spacing w:after="0" w:line="240" w:lineRule="auto"/>
        <w:jc w:val="both"/>
        <w:rPr>
          <w:rFonts w:cs="Arial"/>
          <w:bCs/>
          <w:color w:val="FF0000"/>
          <w:sz w:val="24"/>
          <w:szCs w:val="24"/>
          <w:lang w:val="es-MX"/>
        </w:rPr>
      </w:pPr>
    </w:p>
    <w:p w14:paraId="6EA3E388" w14:textId="130DE20C" w:rsidR="00AC0AEC" w:rsidRDefault="00AC0AEC" w:rsidP="001452E1">
      <w:pPr>
        <w:spacing w:after="0" w:line="240" w:lineRule="auto"/>
        <w:jc w:val="both"/>
        <w:rPr>
          <w:rFonts w:cs="Arial"/>
          <w:bCs/>
          <w:color w:val="FF0000"/>
          <w:sz w:val="24"/>
          <w:szCs w:val="24"/>
          <w:lang w:val="es-MX"/>
        </w:rPr>
      </w:pPr>
    </w:p>
    <w:p w14:paraId="16A5A082" w14:textId="77777777" w:rsidR="003F28FE" w:rsidRPr="00AA4829" w:rsidRDefault="003F28FE" w:rsidP="001452E1">
      <w:pPr>
        <w:spacing w:after="0" w:line="240" w:lineRule="auto"/>
        <w:jc w:val="both"/>
        <w:rPr>
          <w:rFonts w:cs="Arial"/>
          <w:bCs/>
          <w:color w:val="FF0000"/>
          <w:sz w:val="24"/>
          <w:szCs w:val="24"/>
          <w:lang w:val="es-MX"/>
        </w:rPr>
      </w:pPr>
    </w:p>
    <w:p w14:paraId="5417680A" w14:textId="77777777" w:rsidR="00A97D01" w:rsidRPr="00AA4829" w:rsidRDefault="00A97D01" w:rsidP="001452E1">
      <w:pPr>
        <w:spacing w:after="0" w:line="240" w:lineRule="auto"/>
        <w:jc w:val="both"/>
        <w:rPr>
          <w:rFonts w:cs="Arial"/>
          <w:bCs/>
          <w:sz w:val="24"/>
          <w:szCs w:val="24"/>
          <w:lang w:val="es-MX"/>
        </w:rPr>
      </w:pPr>
    </w:p>
    <w:p w14:paraId="0023BBAC" w14:textId="77777777" w:rsidR="00A97D01" w:rsidRPr="00AA4829" w:rsidRDefault="00A97D01" w:rsidP="001452E1">
      <w:pPr>
        <w:spacing w:after="0" w:line="240" w:lineRule="auto"/>
        <w:jc w:val="both"/>
        <w:rPr>
          <w:rFonts w:cs="Arial"/>
          <w:bCs/>
          <w:sz w:val="24"/>
          <w:szCs w:val="24"/>
          <w:lang w:val="es-MX"/>
        </w:rPr>
      </w:pPr>
    </w:p>
    <w:p w14:paraId="24622954" w14:textId="52451C5A" w:rsidR="00A97D01" w:rsidRPr="00AA4829" w:rsidRDefault="00A97D01" w:rsidP="001452E1">
      <w:pPr>
        <w:spacing w:after="0" w:line="240" w:lineRule="auto"/>
        <w:jc w:val="both"/>
        <w:rPr>
          <w:rFonts w:cs="Arial"/>
          <w:bCs/>
          <w:sz w:val="24"/>
          <w:szCs w:val="24"/>
          <w:lang w:val="es-MX"/>
        </w:rPr>
      </w:pPr>
      <w:r w:rsidRPr="00AA4829">
        <w:rPr>
          <w:rFonts w:cs="Arial"/>
          <w:bCs/>
          <w:sz w:val="24"/>
          <w:szCs w:val="24"/>
          <w:lang w:val="es-MX"/>
        </w:rPr>
        <w:t xml:space="preserve">Novo mesto, </w:t>
      </w:r>
      <w:r w:rsidR="00975ACD">
        <w:rPr>
          <w:rFonts w:cs="Arial"/>
          <w:bCs/>
          <w:sz w:val="24"/>
          <w:szCs w:val="24"/>
          <w:lang w:val="es-MX"/>
        </w:rPr>
        <w:t>1. 10. 2026</w:t>
      </w:r>
      <w:r w:rsidRPr="00AA4829">
        <w:rPr>
          <w:rFonts w:cs="Arial"/>
          <w:bCs/>
          <w:sz w:val="24"/>
          <w:szCs w:val="24"/>
          <w:lang w:val="es-MX"/>
        </w:rPr>
        <w:t xml:space="preserve">                   </w:t>
      </w:r>
      <w:r w:rsidR="003F28FE">
        <w:rPr>
          <w:rFonts w:cs="Arial"/>
          <w:bCs/>
          <w:sz w:val="24"/>
          <w:szCs w:val="24"/>
          <w:lang w:val="es-MX"/>
        </w:rPr>
        <w:t xml:space="preserve">                               </w:t>
      </w:r>
      <w:r w:rsidRPr="00AA4829">
        <w:rPr>
          <w:rFonts w:cs="Arial"/>
          <w:bCs/>
          <w:sz w:val="24"/>
          <w:szCs w:val="24"/>
          <w:lang w:val="es-MX"/>
        </w:rPr>
        <w:t xml:space="preserve"> Predsednik sveta zavoda:</w:t>
      </w:r>
    </w:p>
    <w:p w14:paraId="2156D3CE" w14:textId="1D01827C" w:rsidR="00AC0AEC" w:rsidRPr="00AA4829" w:rsidRDefault="003F28FE" w:rsidP="001452E1">
      <w:pPr>
        <w:spacing w:after="0" w:line="240" w:lineRule="auto"/>
        <w:jc w:val="both"/>
        <w:rPr>
          <w:rFonts w:cs="Arial"/>
          <w:bCs/>
          <w:sz w:val="24"/>
          <w:szCs w:val="24"/>
          <w:lang w:val="es-MX"/>
        </w:rPr>
      </w:pP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r>
      <w:r>
        <w:rPr>
          <w:rFonts w:cs="Arial"/>
          <w:bCs/>
          <w:sz w:val="24"/>
          <w:szCs w:val="24"/>
          <w:lang w:val="es-MX"/>
        </w:rPr>
        <w:tab/>
        <w:t xml:space="preserve">   </w:t>
      </w:r>
      <w:r w:rsidR="00A97D01" w:rsidRPr="00AA4829">
        <w:rPr>
          <w:rFonts w:cs="Arial"/>
          <w:bCs/>
          <w:sz w:val="24"/>
          <w:szCs w:val="24"/>
          <w:lang w:val="es-MX"/>
        </w:rPr>
        <w:t xml:space="preserve">Franc Jarc </w:t>
      </w:r>
    </w:p>
    <w:sectPr w:rsidR="00AC0AEC" w:rsidRPr="00AA4829" w:rsidSect="006B3268">
      <w:footerReference w:type="default" r:id="rId10"/>
      <w:headerReference w:type="first" r:id="rId11"/>
      <w:pgSz w:w="12240" w:h="15840"/>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59935" w14:textId="77777777" w:rsidR="005238A4" w:rsidRDefault="005238A4">
      <w:pPr>
        <w:spacing w:after="0" w:line="240" w:lineRule="auto"/>
      </w:pPr>
      <w:r>
        <w:separator/>
      </w:r>
    </w:p>
  </w:endnote>
  <w:endnote w:type="continuationSeparator" w:id="0">
    <w:p w14:paraId="3471AF08" w14:textId="77777777" w:rsidR="005238A4" w:rsidRDefault="0052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1002AFF" w:usb1="4000ACFF"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039676"/>
      <w:docPartObj>
        <w:docPartGallery w:val="Page Numbers (Bottom of Page)"/>
        <w:docPartUnique/>
      </w:docPartObj>
    </w:sdtPr>
    <w:sdtEndPr/>
    <w:sdtContent>
      <w:p w14:paraId="6C1D394C" w14:textId="1CEEB5CA" w:rsidR="00C659F4" w:rsidRDefault="00C659F4">
        <w:pPr>
          <w:pStyle w:val="Noga"/>
          <w:jc w:val="center"/>
        </w:pPr>
        <w:r>
          <w:fldChar w:fldCharType="begin"/>
        </w:r>
        <w:r>
          <w:instrText>PAGE   \* MERGEFORMAT</w:instrText>
        </w:r>
        <w:r>
          <w:fldChar w:fldCharType="separate"/>
        </w:r>
        <w:r w:rsidR="00574896" w:rsidRPr="00574896">
          <w:rPr>
            <w:noProof/>
            <w:lang w:val="sl-SI"/>
          </w:rPr>
          <w:t>5</w:t>
        </w:r>
        <w:r>
          <w:fldChar w:fldCharType="end"/>
        </w:r>
      </w:p>
    </w:sdtContent>
  </w:sdt>
  <w:p w14:paraId="1EAA918D" w14:textId="7082FC7D" w:rsidR="008211AB" w:rsidRDefault="008211AB">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CE9B3" w14:textId="77777777" w:rsidR="005238A4" w:rsidRDefault="005238A4">
      <w:pPr>
        <w:spacing w:after="0" w:line="240" w:lineRule="auto"/>
      </w:pPr>
      <w:r>
        <w:separator/>
      </w:r>
    </w:p>
  </w:footnote>
  <w:footnote w:type="continuationSeparator" w:id="0">
    <w:p w14:paraId="6A137AEE" w14:textId="77777777" w:rsidR="005238A4" w:rsidRDefault="0052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497D" w14:textId="77777777" w:rsidR="006B3268" w:rsidRDefault="006B3268" w:rsidP="006B3268">
    <w:pPr>
      <w:pStyle w:val="Glava"/>
      <w:tabs>
        <w:tab w:val="right" w:pos="9639"/>
      </w:tabs>
      <w:ind w:hanging="709"/>
      <w:rPr>
        <w:sz w:val="20"/>
        <w:szCs w:val="20"/>
      </w:rPr>
    </w:pPr>
    <w:r w:rsidRPr="00543DAD">
      <w:rPr>
        <w:rFonts w:ascii="Times New Roman" w:eastAsia="Times New Roman" w:hAnsi="Times New Roman" w:cs="Times New Roman"/>
        <w:noProof/>
        <w:sz w:val="24"/>
        <w:szCs w:val="24"/>
        <w:lang w:eastAsia="sl-SI"/>
      </w:rPr>
      <mc:AlternateContent>
        <mc:Choice Requires="wps">
          <w:drawing>
            <wp:anchor distT="0" distB="0" distL="114300" distR="114300" simplePos="0" relativeHeight="251661312" behindDoc="0" locked="0" layoutInCell="1" allowOverlap="1" wp14:anchorId="0FCAF098" wp14:editId="777CA2D3">
              <wp:simplePos x="0" y="0"/>
              <wp:positionH relativeFrom="column">
                <wp:posOffset>281305</wp:posOffset>
              </wp:positionH>
              <wp:positionV relativeFrom="paragraph">
                <wp:posOffset>254635</wp:posOffset>
              </wp:positionV>
              <wp:extent cx="1631121" cy="714375"/>
              <wp:effectExtent l="0" t="0" r="7620" b="9525"/>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121" cy="71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E0355"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 xml:space="preserve">GRM NOVO MESTO – </w:t>
                          </w:r>
                        </w:p>
                        <w:p w14:paraId="10C2A554"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CENTER BIOTEHNIKE IN TURIZMA</w:t>
                          </w:r>
                        </w:p>
                        <w:p w14:paraId="164D4C01"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SREDNJA ŠOLA ZA GOSTINSTVO IN TURIZEM Z DIJAŠKIM IN ŠTUDENTSKIM DOMOM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CAF098" id="_x0000_t202" coordsize="21600,21600" o:spt="202" path="m,l,21600r21600,l21600,xe">
              <v:stroke joinstyle="miter"/>
              <v:path gradientshapeok="t" o:connecttype="rect"/>
            </v:shapetype>
            <v:shape id="Text Box 34" o:spid="_x0000_s1026" type="#_x0000_t202" style="position:absolute;margin-left:22.15pt;margin-top:20.05pt;width:128.4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" stroked="f">
              <v:textbox>
                <w:txbxContent>
                  <w:p w14:paraId="4AAE0355"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 xml:space="preserve">GRM NOVO MESTO – </w:t>
                    </w:r>
                  </w:p>
                  <w:p w14:paraId="10C2A554"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CENTER BIOTEHNIKE IN TURIZMA</w:t>
                    </w:r>
                  </w:p>
                  <w:p w14:paraId="164D4C01" w14:textId="77777777" w:rsidR="006B3268" w:rsidRPr="006B3268" w:rsidRDefault="006B3268" w:rsidP="006B3268">
                    <w:pPr>
                      <w:pStyle w:val="Glava"/>
                      <w:tabs>
                        <w:tab w:val="center" w:pos="-1985"/>
                        <w:tab w:val="left" w:pos="1800"/>
                        <w:tab w:val="left" w:pos="2880"/>
                      </w:tabs>
                      <w:jc w:val="center"/>
                      <w:rPr>
                        <w:b/>
                        <w:sz w:val="12"/>
                        <w:szCs w:val="12"/>
                      </w:rPr>
                    </w:pPr>
                    <w:r w:rsidRPr="006B3268">
                      <w:rPr>
                        <w:b/>
                        <w:sz w:val="12"/>
                        <w:szCs w:val="12"/>
                      </w:rPr>
                      <w:t>SREDNJA ŠOLA ZA GOSTINSTVO IN TURIZEM Z DIJAŠKIM IN ŠTUDENTSKIM DOMOM</w:t>
                    </w:r>
                  </w:p>
                </w:txbxContent>
              </v:textbox>
            </v:shape>
          </w:pict>
        </mc:Fallback>
      </mc:AlternateContent>
    </w:r>
    <w:r>
      <w:rPr>
        <w:noProof/>
        <w:lang w:eastAsia="sl-SI"/>
      </w:rPr>
      <w:drawing>
        <wp:inline distT="0" distB="0" distL="0" distR="0" wp14:anchorId="037F6DEB" wp14:editId="4AA88E30">
          <wp:extent cx="675860" cy="644055"/>
          <wp:effectExtent l="0" t="0" r="0" b="381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526" cy="646596"/>
                  </a:xfrm>
                  <a:prstGeom prst="rect">
                    <a:avLst/>
                  </a:prstGeom>
                  <a:noFill/>
                </pic:spPr>
              </pic:pic>
            </a:graphicData>
          </a:graphic>
        </wp:inline>
      </w:drawing>
    </w:r>
    <w:r>
      <w:t xml:space="preserve">                                                        </w:t>
    </w:r>
    <w:r>
      <w:rPr>
        <w:noProof/>
        <w:lang w:eastAsia="sl-SI"/>
      </w:rPr>
      <w:drawing>
        <wp:inline distT="0" distB="0" distL="0" distR="0" wp14:anchorId="3F639BA8" wp14:editId="6B575C29">
          <wp:extent cx="922352" cy="739471"/>
          <wp:effectExtent l="0" t="0" r="0" b="381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1874" cy="747105"/>
                  </a:xfrm>
                  <a:prstGeom prst="rect">
                    <a:avLst/>
                  </a:prstGeom>
                  <a:noFill/>
                </pic:spPr>
              </pic:pic>
            </a:graphicData>
          </a:graphic>
        </wp:inline>
      </w:drawing>
    </w:r>
    <w:r>
      <w:t xml:space="preserve"> </w:t>
    </w:r>
    <w:r>
      <w:rPr>
        <w:noProof/>
        <w:lang w:eastAsia="sl-SI"/>
      </w:rPr>
      <w:t xml:space="preserve">   </w:t>
    </w:r>
    <w:r>
      <w:rPr>
        <w:noProof/>
        <w:lang w:eastAsia="sl-SI"/>
      </w:rPr>
      <w:drawing>
        <wp:inline distT="0" distB="0" distL="0" distR="0" wp14:anchorId="117792D3" wp14:editId="33485AEE">
          <wp:extent cx="1576012" cy="898498"/>
          <wp:effectExtent l="0" t="0" r="5715"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2517" cy="896506"/>
                  </a:xfrm>
                  <a:prstGeom prst="rect">
                    <a:avLst/>
                  </a:prstGeom>
                  <a:noFill/>
                </pic:spPr>
              </pic:pic>
            </a:graphicData>
          </a:graphic>
        </wp:inline>
      </w:drawing>
    </w:r>
    <w:r>
      <w:t xml:space="preserve">    </w:t>
    </w:r>
    <w:r w:rsidRPr="009425C4">
      <w:rPr>
        <w:sz w:val="20"/>
        <w:szCs w:val="20"/>
      </w:rPr>
      <w:object w:dxaOrig="8925" w:dyaOrig="12630" w14:anchorId="1E4EA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2.25pt">
          <v:imagedata r:id="rId4" o:title="" croptop="14709f" cropbottom="14709f" cropleft="20815f" cropright="20815f"/>
        </v:shape>
        <o:OLEObject Type="Embed" ProgID="Acrobat.Document.DC" ShapeID="_x0000_i1025" DrawAspect="Content" ObjectID="_1852460065" r:id="rId5"/>
      </w:object>
    </w:r>
  </w:p>
  <w:p w14:paraId="51A69EDF" w14:textId="77777777" w:rsidR="006B3268" w:rsidRPr="006B3268" w:rsidRDefault="006B3268" w:rsidP="006B326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62828CA"/>
    <w:lvl w:ilvl="0">
      <w:start w:val="1"/>
      <w:numFmt w:val="bullet"/>
      <w:lvlText w:val="-"/>
      <w:lvlJc w:val="left"/>
      <w:pPr>
        <w:ind w:left="360" w:hanging="360"/>
      </w:pPr>
      <w:rPr>
        <w:rFonts w:ascii="Times New Roman" w:eastAsia="Times New Roman" w:hAnsi="Times New Roman" w:hint="default"/>
      </w:rPr>
    </w:lvl>
  </w:abstractNum>
  <w:abstractNum w:abstractNumId="9" w15:restartNumberingAfterBreak="0">
    <w:nsid w:val="276B611B"/>
    <w:multiLevelType w:val="hybridMultilevel"/>
    <w:tmpl w:val="7608ACE6"/>
    <w:lvl w:ilvl="0" w:tplc="F4DADCA6">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0193617"/>
    <w:multiLevelType w:val="hybridMultilevel"/>
    <w:tmpl w:val="803C1C0A"/>
    <w:lvl w:ilvl="0" w:tplc="E570B1E2">
      <w:start w:val="3"/>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59D507CB"/>
    <w:multiLevelType w:val="hybridMultilevel"/>
    <w:tmpl w:val="3552E432"/>
    <w:lvl w:ilvl="0" w:tplc="F4DADCA6">
      <w:numFmt w:val="bullet"/>
      <w:lvlText w:val="-"/>
      <w:lvlJc w:val="left"/>
      <w:pPr>
        <w:ind w:left="720" w:hanging="360"/>
      </w:pPr>
      <w:rPr>
        <w:rFonts w:ascii="Arial" w:eastAsia="Arial" w:hAnsi="Arial" w:cs="Arial" w:hint="default"/>
      </w:rPr>
    </w:lvl>
    <w:lvl w:ilvl="1" w:tplc="F4DADCA6">
      <w:numFmt w:val="bullet"/>
      <w:lvlText w:val="-"/>
      <w:lvlJc w:val="left"/>
      <w:pPr>
        <w:ind w:left="1440" w:hanging="360"/>
      </w:pPr>
      <w:rPr>
        <w:rFonts w:ascii="Arial" w:eastAsia="Arial"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2D250A5"/>
    <w:multiLevelType w:val="hybridMultilevel"/>
    <w:tmpl w:val="E92CF788"/>
    <w:lvl w:ilvl="0" w:tplc="E570B1E2">
      <w:start w:val="3"/>
      <w:numFmt w:val="bullet"/>
      <w:lvlText w:val="-"/>
      <w:lvlJc w:val="left"/>
      <w:pPr>
        <w:ind w:left="420" w:hanging="360"/>
      </w:pPr>
      <w:rPr>
        <w:rFonts w:ascii="Arial" w:eastAsia="Calibr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3" w15:restartNumberingAfterBreak="0">
    <w:nsid w:val="6AB86957"/>
    <w:multiLevelType w:val="hybridMultilevel"/>
    <w:tmpl w:val="FA88FD76"/>
    <w:lvl w:ilvl="0" w:tplc="262828CA">
      <w:start w:val="1"/>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F35198"/>
    <w:multiLevelType w:val="hybridMultilevel"/>
    <w:tmpl w:val="DEB44546"/>
    <w:lvl w:ilvl="0" w:tplc="F4DADCA6">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2FD1AF8"/>
    <w:multiLevelType w:val="hybridMultilevel"/>
    <w:tmpl w:val="B2B09738"/>
    <w:lvl w:ilvl="0" w:tplc="F4DADCA6">
      <w:numFmt w:val="bullet"/>
      <w:lvlText w:val="-"/>
      <w:lvlJc w:val="left"/>
      <w:pPr>
        <w:ind w:left="720" w:hanging="360"/>
      </w:pPr>
      <w:rPr>
        <w:rFonts w:ascii="Arial" w:eastAsia="Arial"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DF272B4"/>
    <w:multiLevelType w:val="hybridMultilevel"/>
    <w:tmpl w:val="2A322796"/>
    <w:lvl w:ilvl="0" w:tplc="262828CA">
      <w:start w:val="1"/>
      <w:numFmt w:val="bullet"/>
      <w:lvlText w:val="-"/>
      <w:lvlJc w:val="left"/>
      <w:pPr>
        <w:tabs>
          <w:tab w:val="num" w:pos="720"/>
        </w:tabs>
        <w:ind w:left="720" w:hanging="360"/>
      </w:pPr>
      <w:rPr>
        <w:rFonts w:ascii="Times New Roman" w:eastAsia="Times New Roman" w:hAnsi="Times New Roman" w:hint="default"/>
      </w:rPr>
    </w:lvl>
    <w:lvl w:ilvl="1" w:tplc="E570B1E2">
      <w:start w:val="3"/>
      <w:numFmt w:val="bullet"/>
      <w:lvlText w:val="-"/>
      <w:lvlJc w:val="left"/>
      <w:pPr>
        <w:tabs>
          <w:tab w:val="num" w:pos="1440"/>
        </w:tabs>
        <w:ind w:left="1440" w:hanging="360"/>
      </w:pPr>
      <w:rPr>
        <w:rFonts w:ascii="Arial" w:eastAsia="Calibri"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12"/>
  </w:num>
  <w:num w:numId="12">
    <w:abstractNumId w:val="13"/>
  </w:num>
  <w:num w:numId="13">
    <w:abstractNumId w:val="9"/>
  </w:num>
  <w:num w:numId="14">
    <w:abstractNumId w:val="10"/>
  </w:num>
  <w:num w:numId="15">
    <w:abstractNumId w:val="14"/>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2322"/>
    <w:rsid w:val="00034616"/>
    <w:rsid w:val="0006063C"/>
    <w:rsid w:val="0006617C"/>
    <w:rsid w:val="0007605A"/>
    <w:rsid w:val="00094485"/>
    <w:rsid w:val="000A1F00"/>
    <w:rsid w:val="000E126D"/>
    <w:rsid w:val="000F6EB4"/>
    <w:rsid w:val="00105EA1"/>
    <w:rsid w:val="00130DD4"/>
    <w:rsid w:val="001452E1"/>
    <w:rsid w:val="0015074B"/>
    <w:rsid w:val="00184EB6"/>
    <w:rsid w:val="001C1380"/>
    <w:rsid w:val="001D5ED4"/>
    <w:rsid w:val="001E35CF"/>
    <w:rsid w:val="001E6F3D"/>
    <w:rsid w:val="001F438A"/>
    <w:rsid w:val="002432C3"/>
    <w:rsid w:val="002558F6"/>
    <w:rsid w:val="002664D5"/>
    <w:rsid w:val="002771B0"/>
    <w:rsid w:val="0029639D"/>
    <w:rsid w:val="002D1782"/>
    <w:rsid w:val="002D36CC"/>
    <w:rsid w:val="002F7FDF"/>
    <w:rsid w:val="00310AAA"/>
    <w:rsid w:val="00326F90"/>
    <w:rsid w:val="00332871"/>
    <w:rsid w:val="00344299"/>
    <w:rsid w:val="0038018C"/>
    <w:rsid w:val="003A39C1"/>
    <w:rsid w:val="003C2B63"/>
    <w:rsid w:val="003F28FE"/>
    <w:rsid w:val="00400958"/>
    <w:rsid w:val="004274C1"/>
    <w:rsid w:val="004E78AF"/>
    <w:rsid w:val="005238A4"/>
    <w:rsid w:val="00534B95"/>
    <w:rsid w:val="0054249D"/>
    <w:rsid w:val="0054356B"/>
    <w:rsid w:val="00574896"/>
    <w:rsid w:val="00615EFB"/>
    <w:rsid w:val="0062585F"/>
    <w:rsid w:val="006418E6"/>
    <w:rsid w:val="0066154C"/>
    <w:rsid w:val="006A2B42"/>
    <w:rsid w:val="006B3268"/>
    <w:rsid w:val="006D5BAC"/>
    <w:rsid w:val="006F061F"/>
    <w:rsid w:val="006F1AAC"/>
    <w:rsid w:val="00702B9B"/>
    <w:rsid w:val="00705B27"/>
    <w:rsid w:val="007130C1"/>
    <w:rsid w:val="00760726"/>
    <w:rsid w:val="0079785D"/>
    <w:rsid w:val="007A6570"/>
    <w:rsid w:val="007C0986"/>
    <w:rsid w:val="007D5C98"/>
    <w:rsid w:val="007F415B"/>
    <w:rsid w:val="00801933"/>
    <w:rsid w:val="008048D3"/>
    <w:rsid w:val="008070FF"/>
    <w:rsid w:val="008211AB"/>
    <w:rsid w:val="0082468C"/>
    <w:rsid w:val="00867C3B"/>
    <w:rsid w:val="00877951"/>
    <w:rsid w:val="00881215"/>
    <w:rsid w:val="008975A9"/>
    <w:rsid w:val="008A7885"/>
    <w:rsid w:val="008C71D1"/>
    <w:rsid w:val="008E07BC"/>
    <w:rsid w:val="0091221A"/>
    <w:rsid w:val="00921409"/>
    <w:rsid w:val="00930D97"/>
    <w:rsid w:val="00940D06"/>
    <w:rsid w:val="009632B5"/>
    <w:rsid w:val="00975ACD"/>
    <w:rsid w:val="00987C17"/>
    <w:rsid w:val="00A31575"/>
    <w:rsid w:val="00A317BF"/>
    <w:rsid w:val="00A345A6"/>
    <w:rsid w:val="00A44801"/>
    <w:rsid w:val="00A56EA7"/>
    <w:rsid w:val="00A97D01"/>
    <w:rsid w:val="00AA1D8D"/>
    <w:rsid w:val="00AA4829"/>
    <w:rsid w:val="00AA59FD"/>
    <w:rsid w:val="00AC0AEC"/>
    <w:rsid w:val="00AC3F8D"/>
    <w:rsid w:val="00AD10A2"/>
    <w:rsid w:val="00AE6992"/>
    <w:rsid w:val="00AF0781"/>
    <w:rsid w:val="00AF0EA8"/>
    <w:rsid w:val="00AF209B"/>
    <w:rsid w:val="00B43F7E"/>
    <w:rsid w:val="00B47730"/>
    <w:rsid w:val="00B54BB5"/>
    <w:rsid w:val="00BD414A"/>
    <w:rsid w:val="00C05EEC"/>
    <w:rsid w:val="00C2149B"/>
    <w:rsid w:val="00C55B7C"/>
    <w:rsid w:val="00C659F4"/>
    <w:rsid w:val="00C92854"/>
    <w:rsid w:val="00CB0664"/>
    <w:rsid w:val="00CC2B27"/>
    <w:rsid w:val="00CF0FD6"/>
    <w:rsid w:val="00CF40AA"/>
    <w:rsid w:val="00CF5FFE"/>
    <w:rsid w:val="00D02FED"/>
    <w:rsid w:val="00D61FAD"/>
    <w:rsid w:val="00D6447C"/>
    <w:rsid w:val="00D917C7"/>
    <w:rsid w:val="00DA0B65"/>
    <w:rsid w:val="00DA2F9B"/>
    <w:rsid w:val="00DB310A"/>
    <w:rsid w:val="00DB6125"/>
    <w:rsid w:val="00DD1BC0"/>
    <w:rsid w:val="00E04614"/>
    <w:rsid w:val="00E266AA"/>
    <w:rsid w:val="00EF751E"/>
    <w:rsid w:val="00F21C9C"/>
    <w:rsid w:val="00F4420E"/>
    <w:rsid w:val="00F4734B"/>
    <w:rsid w:val="00FC32DB"/>
    <w:rsid w:val="00FC693F"/>
    <w:rsid w:val="00FE2060"/>
    <w:rsid w:val="00FE47CE"/>
    <w:rsid w:val="00FF58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2D8238"/>
  <w14:defaultImageDpi w14:val="300"/>
  <w15:docId w15:val="{9ADE7B8B-34BD-4F02-9EB3-30D2B382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7C3B"/>
    <w:rPr>
      <w:rFonts w:ascii="Arial" w:eastAsia="Arial" w:hAnsi="Arial"/>
      <w:sz w:val="21"/>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avaden"/>
    <w:rsid w:val="00AC0AEC"/>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Navadensplet">
    <w:name w:val="Normal (Web)"/>
    <w:basedOn w:val="Navaden"/>
    <w:uiPriority w:val="99"/>
    <w:semiHidden/>
    <w:unhideWhenUsed/>
    <w:rsid w:val="00AC0AEC"/>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Besedilooblaka">
    <w:name w:val="Balloon Text"/>
    <w:basedOn w:val="Navaden"/>
    <w:link w:val="BesedilooblakaZnak"/>
    <w:uiPriority w:val="99"/>
    <w:semiHidden/>
    <w:unhideWhenUsed/>
    <w:rsid w:val="000F6E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F6EB4"/>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808861">
      <w:bodyDiv w:val="1"/>
      <w:marLeft w:val="0"/>
      <w:marRight w:val="0"/>
      <w:marTop w:val="0"/>
      <w:marBottom w:val="0"/>
      <w:divBdr>
        <w:top w:val="none" w:sz="0" w:space="0" w:color="auto"/>
        <w:left w:val="none" w:sz="0" w:space="0" w:color="auto"/>
        <w:bottom w:val="none" w:sz="0" w:space="0" w:color="auto"/>
        <w:right w:val="none" w:sz="0" w:space="0" w:color="auto"/>
      </w:divBdr>
    </w:div>
    <w:div w:id="1188373687">
      <w:bodyDiv w:val="1"/>
      <w:marLeft w:val="0"/>
      <w:marRight w:val="0"/>
      <w:marTop w:val="0"/>
      <w:marBottom w:val="0"/>
      <w:divBdr>
        <w:top w:val="none" w:sz="0" w:space="0" w:color="auto"/>
        <w:left w:val="none" w:sz="0" w:space="0" w:color="auto"/>
        <w:bottom w:val="none" w:sz="0" w:space="0" w:color="auto"/>
        <w:right w:val="none" w:sz="0" w:space="0" w:color="auto"/>
      </w:divBdr>
    </w:div>
    <w:div w:id="2042318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java.malice@grm-nm.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ojamalica.grm-nm.si:82/Account/Login?ReturnUrl=%2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3D8BA-BAD2-495D-A2E8-A054AA721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1219</Words>
  <Characters>6952</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Pravila o šolski prehrani - popravljeno</vt:lpstr>
      <vt:lpstr/>
    </vt:vector>
  </TitlesOfParts>
  <Manager/>
  <Company/>
  <LinksUpToDate>false</LinksUpToDate>
  <CharactersWithSpaces>8155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Pravila o šolski prehrani - popravljeno</dc:title>
  <dc:subject/>
  <dc:creator>OpenAI</dc:creator>
  <cp:keywords/>
  <dc:description>generated by python-docx</dc:description>
  <cp:lastModifiedBy>Anita Beguš</cp:lastModifiedBy>
  <cp:revision>3</cp:revision>
  <cp:lastPrinted>2026-09-16T10:52:00Z</cp:lastPrinted>
  <dcterms:created xsi:type="dcterms:W3CDTF">2026-09-24T08:47:00Z</dcterms:created>
  <dcterms:modified xsi:type="dcterms:W3CDTF">2026-10-02T13:25:00Z</dcterms:modified>
  <cp:category/>
</cp:coreProperties>
</file>